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873"/>
        <w:gridCol w:w="4873"/>
      </w:tblGrid>
      <w:tr w:rsidR="00A84015" w14:paraId="70675A1B" w14:textId="77777777">
        <w:tc>
          <w:tcPr>
            <w:tcW w:w="4873" w:type="dxa"/>
            <w:tcBorders>
              <w:top w:val="single" w:sz="0" w:space="0" w:color="FFFFFF"/>
              <w:left w:val="single" w:sz="0" w:space="0" w:color="FFFFFF"/>
              <w:bottom w:val="single" w:sz="0" w:space="0" w:color="FFFFFF"/>
              <w:right w:val="single" w:sz="0" w:space="0" w:color="FFFFFF"/>
            </w:tcBorders>
            <w:vAlign w:val="center"/>
          </w:tcPr>
          <w:p w14:paraId="06D69229" w14:textId="77777777" w:rsidR="00A84015" w:rsidRDefault="00000000">
            <w:pPr>
              <w:spacing w:after="60"/>
            </w:pPr>
            <w:r>
              <w:rPr>
                <w:b/>
                <w:color w:val="0A0A0A"/>
                <w:sz w:val="48"/>
              </w:rPr>
              <w:t>[FULL NAME]</w:t>
            </w:r>
          </w:p>
          <w:p w14:paraId="70B1D9E7" w14:textId="77777777" w:rsidR="00A84015" w:rsidRDefault="00000000">
            <w:pPr>
              <w:spacing w:after="120"/>
            </w:pPr>
            <w:r>
              <w:rPr>
                <w:b/>
                <w:color w:val="005000"/>
                <w:sz w:val="20"/>
              </w:rPr>
              <w:t>[POSITION]  |  [NATIONALITY]  |  [CURRENT CLUB / Unattached]</w:t>
            </w:r>
          </w:p>
          <w:p w14:paraId="72016DCA" w14:textId="77777777" w:rsidR="00A84015" w:rsidRDefault="00000000">
            <w:pPr>
              <w:spacing w:after="40"/>
            </w:pPr>
            <w:r>
              <w:rPr>
                <w:color w:val="505050"/>
                <w:sz w:val="18"/>
              </w:rPr>
              <w:t>📍 [CITY, COUNTRY]  •  📱 [PHONE]  •  ✉ [EMAIL]</w:t>
            </w:r>
          </w:p>
          <w:p w14:paraId="3BDDCB41" w14:textId="77777777" w:rsidR="00A84015" w:rsidRDefault="00000000">
            <w:pPr>
              <w:spacing w:after="40"/>
            </w:pPr>
            <w:r>
              <w:rPr>
                <w:color w:val="505050"/>
                <w:sz w:val="18"/>
              </w:rPr>
              <w:t>🎂 [DD/MM/YYYY]  •  📏 [HEIGHT] cm  •  ⚖ [WEIGHT] kg  •  🦶 [PREFERRED FOOT]</w:t>
            </w:r>
          </w:p>
          <w:p w14:paraId="46CB539B" w14:textId="2C869834" w:rsidR="00A84015" w:rsidRDefault="00A84015">
            <w:pPr>
              <w:spacing w:after="40"/>
            </w:pPr>
          </w:p>
        </w:tc>
        <w:tc>
          <w:tcPr>
            <w:tcW w:w="4873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shd w:val="clear" w:color="auto" w:fill="F5F5F5"/>
            <w:vAlign w:val="center"/>
          </w:tcPr>
          <w:p w14:paraId="015336BB" w14:textId="77777777" w:rsidR="00A84015" w:rsidRDefault="00000000">
            <w:pPr>
              <w:spacing w:before="700"/>
              <w:jc w:val="center"/>
            </w:pPr>
            <w:r>
              <w:rPr>
                <w:i/>
                <w:color w:val="787878"/>
                <w:sz w:val="18"/>
              </w:rPr>
              <w:t>📷</w:t>
            </w:r>
            <w:r>
              <w:rPr>
                <w:i/>
                <w:color w:val="787878"/>
                <w:sz w:val="18"/>
              </w:rPr>
              <w:br/>
              <w:t>INSERT</w:t>
            </w:r>
            <w:r>
              <w:rPr>
                <w:i/>
                <w:color w:val="787878"/>
                <w:sz w:val="18"/>
              </w:rPr>
              <w:br/>
              <w:t>PROFESSIONAL</w:t>
            </w:r>
            <w:r>
              <w:rPr>
                <w:i/>
                <w:color w:val="787878"/>
                <w:sz w:val="18"/>
              </w:rPr>
              <w:br/>
              <w:t>PHOTO</w:t>
            </w:r>
          </w:p>
        </w:tc>
      </w:tr>
    </w:tbl>
    <w:p w14:paraId="47F8A429" w14:textId="77777777" w:rsidR="00A84015" w:rsidRDefault="00A84015">
      <w:pPr>
        <w:spacing w:before="160"/>
      </w:pPr>
    </w:p>
    <w:p w14:paraId="28BEA2EB" w14:textId="4C278037" w:rsidR="00A84015" w:rsidRDefault="00000000">
      <w:pPr>
        <w:spacing w:before="280" w:after="80"/>
        <w:ind w:left="-113"/>
        <w:rPr>
          <w:b/>
          <w:sz w:val="28"/>
          <w:szCs w:val="28"/>
        </w:rPr>
      </w:pPr>
      <w:r>
        <w:t xml:space="preserve">  </w:t>
      </w:r>
      <w:r w:rsidRPr="00800B4C">
        <w:rPr>
          <w:b/>
          <w:sz w:val="28"/>
          <w:szCs w:val="28"/>
        </w:rPr>
        <w:t>PLAYER PROFILE</w:t>
      </w:r>
    </w:p>
    <w:p w14:paraId="3777E6DE" w14:textId="05FEC55C" w:rsidR="00A84015" w:rsidRPr="00405E22" w:rsidRDefault="00405E22" w:rsidP="00F63289">
      <w:pPr>
        <w:spacing w:before="280" w:after="80"/>
        <w:ind w:left="-113"/>
        <w:rPr>
          <w:sz w:val="28"/>
          <w:szCs w:val="28"/>
        </w:rPr>
      </w:pPr>
      <w:r>
        <w:rPr>
          <w:noProof/>
          <w:color w:val="B4B4B4"/>
          <w:sz w:val="1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A508508" wp14:editId="7E0C8F45">
                <wp:simplePos x="0" y="0"/>
                <wp:positionH relativeFrom="column">
                  <wp:posOffset>0</wp:posOffset>
                </wp:positionH>
                <wp:positionV relativeFrom="paragraph">
                  <wp:posOffset>38100</wp:posOffset>
                </wp:positionV>
                <wp:extent cx="6027420" cy="0"/>
                <wp:effectExtent l="57150" t="38100" r="68580" b="95250"/>
                <wp:wrapNone/>
                <wp:docPr id="2036814056" name="Rak koppling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27420" cy="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9BBB59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E2E07EB" id="Rak koppling 1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3pt" to="474.6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" strokecolor="#9bbb59" strokeweight="3pt">
                <v:shadow on="t" color="black" opacity="22937f" origin=",.5" offset="0,.63889mm"/>
              </v:line>
            </w:pict>
          </mc:Fallback>
        </mc:AlternateContent>
      </w:r>
      <w:r w:rsidR="00000000">
        <w:rPr>
          <w:i/>
          <w:color w:val="A0A0A0"/>
          <w:sz w:val="18"/>
        </w:rPr>
        <w:t>[Your elevator pitch. 3-4 sentences that hook the reader immediately. Be specific, use numbers, answer: Why should they watch your video?]</w:t>
      </w:r>
    </w:p>
    <w:p w14:paraId="0DE0A513" w14:textId="77777777" w:rsidR="00A84015" w:rsidRDefault="00000000">
      <w:pPr>
        <w:spacing w:before="20" w:after="40"/>
        <w:ind w:left="227"/>
      </w:pPr>
      <w:r>
        <w:rPr>
          <w:i/>
          <w:color w:val="A0A0A0"/>
          <w:sz w:val="18"/>
        </w:rPr>
        <w:t>Example: "Proven centre midfielder with 87% pass completion and 6 assists in U19 Elite 2024. Led team to regional final with decisive performances in high-pressure matches."]</w:t>
      </w:r>
    </w:p>
    <w:p w14:paraId="7E2975E2" w14:textId="18B859BA" w:rsidR="00A84015" w:rsidRPr="00800B4C" w:rsidRDefault="00000000">
      <w:pPr>
        <w:spacing w:before="280" w:after="80"/>
        <w:ind w:left="-113"/>
        <w:rPr>
          <w:sz w:val="28"/>
          <w:szCs w:val="28"/>
        </w:rPr>
      </w:pPr>
      <w:r>
        <w:t xml:space="preserve">  </w:t>
      </w:r>
      <w:r w:rsidRPr="00800B4C">
        <w:rPr>
          <w:b/>
          <w:sz w:val="28"/>
          <w:szCs w:val="28"/>
        </w:rPr>
        <w:t>CAREER STATISTICS</w:t>
      </w:r>
    </w:p>
    <w:p w14:paraId="179C50D8" w14:textId="2D62BB65" w:rsidR="00A84015" w:rsidRDefault="00405E22">
      <w:pPr>
        <w:spacing w:after="120"/>
        <w:ind w:left="-113"/>
      </w:pPr>
      <w:r>
        <w:rPr>
          <w:noProof/>
          <w:color w:val="B4B4B4"/>
          <w:sz w:val="1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FBBD25B" wp14:editId="2381BD89">
                <wp:simplePos x="0" y="0"/>
                <wp:positionH relativeFrom="column">
                  <wp:posOffset>0</wp:posOffset>
                </wp:positionH>
                <wp:positionV relativeFrom="paragraph">
                  <wp:posOffset>38100</wp:posOffset>
                </wp:positionV>
                <wp:extent cx="6027420" cy="0"/>
                <wp:effectExtent l="57150" t="38100" r="68580" b="95250"/>
                <wp:wrapNone/>
                <wp:docPr id="1494560189" name="Rak koppling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27420" cy="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9BBB59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6479B2" id="Rak koppling 1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3pt" to="474.6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" strokecolor="#9bbb59" strokeweight="3pt">
                <v:shadow on="t" color="black" opacity="22937f" origin=",.5" offset="0,.63889mm"/>
              </v:line>
            </w:pict>
          </mc:Fallback>
        </mc:AlternateConten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436"/>
        <w:gridCol w:w="2436"/>
        <w:gridCol w:w="2436"/>
        <w:gridCol w:w="2436"/>
      </w:tblGrid>
      <w:tr w:rsidR="00A84015" w14:paraId="26F0B17A" w14:textId="77777777">
        <w:trPr>
          <w:jc w:val="center"/>
        </w:trPr>
        <w:tc>
          <w:tcPr>
            <w:tcW w:w="243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8F8F8"/>
          </w:tcPr>
          <w:p w14:paraId="62D63E1E" w14:textId="77777777" w:rsidR="00A84015" w:rsidRDefault="00000000">
            <w:pPr>
              <w:spacing w:before="80" w:after="40"/>
              <w:jc w:val="center"/>
            </w:pPr>
            <w:r>
              <w:rPr>
                <w:b/>
                <w:color w:val="787878"/>
                <w:sz w:val="14"/>
              </w:rPr>
              <w:t>APPEARANCES</w:t>
            </w:r>
          </w:p>
          <w:p w14:paraId="5019E1F5" w14:textId="77777777" w:rsidR="00A84015" w:rsidRDefault="00000000">
            <w:pPr>
              <w:spacing w:after="80"/>
              <w:jc w:val="center"/>
            </w:pPr>
            <w:r>
              <w:rPr>
                <w:b/>
                <w:color w:val="003C00"/>
              </w:rPr>
              <w:t>[NUMBER]</w:t>
            </w:r>
          </w:p>
        </w:tc>
        <w:tc>
          <w:tcPr>
            <w:tcW w:w="243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8F8F8"/>
          </w:tcPr>
          <w:p w14:paraId="0BFE64C6" w14:textId="77777777" w:rsidR="00A84015" w:rsidRDefault="00000000">
            <w:pPr>
              <w:spacing w:before="80" w:after="40"/>
              <w:jc w:val="center"/>
            </w:pPr>
            <w:r>
              <w:rPr>
                <w:b/>
                <w:color w:val="787878"/>
                <w:sz w:val="14"/>
              </w:rPr>
              <w:t>GOALS</w:t>
            </w:r>
          </w:p>
          <w:p w14:paraId="396CC191" w14:textId="77777777" w:rsidR="00A84015" w:rsidRDefault="00000000">
            <w:pPr>
              <w:spacing w:after="80"/>
              <w:jc w:val="center"/>
            </w:pPr>
            <w:r>
              <w:rPr>
                <w:b/>
                <w:color w:val="003C00"/>
              </w:rPr>
              <w:t>[NUMBER]</w:t>
            </w:r>
          </w:p>
        </w:tc>
        <w:tc>
          <w:tcPr>
            <w:tcW w:w="243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8F8F8"/>
          </w:tcPr>
          <w:p w14:paraId="1C4AB603" w14:textId="77777777" w:rsidR="00A84015" w:rsidRDefault="00000000">
            <w:pPr>
              <w:spacing w:before="80" w:after="40"/>
              <w:jc w:val="center"/>
            </w:pPr>
            <w:r>
              <w:rPr>
                <w:b/>
                <w:color w:val="787878"/>
                <w:sz w:val="14"/>
              </w:rPr>
              <w:t>ASSISTS</w:t>
            </w:r>
          </w:p>
          <w:p w14:paraId="79355EDD" w14:textId="77777777" w:rsidR="00A84015" w:rsidRDefault="00000000">
            <w:pPr>
              <w:spacing w:after="80"/>
              <w:jc w:val="center"/>
            </w:pPr>
            <w:r>
              <w:rPr>
                <w:b/>
                <w:color w:val="003C00"/>
              </w:rPr>
              <w:t>[NUMBER]</w:t>
            </w:r>
          </w:p>
        </w:tc>
        <w:tc>
          <w:tcPr>
            <w:tcW w:w="243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8F8F8"/>
          </w:tcPr>
          <w:p w14:paraId="0F8532F5" w14:textId="77777777" w:rsidR="00A84015" w:rsidRDefault="00000000">
            <w:pPr>
              <w:spacing w:before="80" w:after="40"/>
              <w:jc w:val="center"/>
            </w:pPr>
            <w:r>
              <w:rPr>
                <w:b/>
                <w:color w:val="787878"/>
                <w:sz w:val="14"/>
              </w:rPr>
              <w:t>PASS COMPLETION</w:t>
            </w:r>
          </w:p>
          <w:p w14:paraId="04009F6C" w14:textId="77777777" w:rsidR="00A84015" w:rsidRDefault="00000000">
            <w:pPr>
              <w:spacing w:after="80"/>
              <w:jc w:val="center"/>
            </w:pPr>
            <w:r>
              <w:rPr>
                <w:b/>
                <w:color w:val="003C00"/>
              </w:rPr>
              <w:t>[%]</w:t>
            </w:r>
          </w:p>
        </w:tc>
      </w:tr>
      <w:tr w:rsidR="00A84015" w14:paraId="789785B1" w14:textId="77777777">
        <w:trPr>
          <w:jc w:val="center"/>
        </w:trPr>
        <w:tc>
          <w:tcPr>
            <w:tcW w:w="243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8F8F8"/>
          </w:tcPr>
          <w:p w14:paraId="7AD5547B" w14:textId="77777777" w:rsidR="00A84015" w:rsidRDefault="00000000">
            <w:pPr>
              <w:spacing w:before="80" w:after="40"/>
              <w:jc w:val="center"/>
            </w:pPr>
            <w:r>
              <w:rPr>
                <w:b/>
                <w:color w:val="787878"/>
                <w:sz w:val="14"/>
              </w:rPr>
              <w:t>MINUTES PLAYED</w:t>
            </w:r>
          </w:p>
          <w:p w14:paraId="6516F79B" w14:textId="77777777" w:rsidR="00A84015" w:rsidRDefault="00000000">
            <w:pPr>
              <w:spacing w:after="80"/>
              <w:jc w:val="center"/>
            </w:pPr>
            <w:r>
              <w:rPr>
                <w:b/>
                <w:color w:val="003C00"/>
              </w:rPr>
              <w:t>[NUMBER]</w:t>
            </w:r>
          </w:p>
        </w:tc>
        <w:tc>
          <w:tcPr>
            <w:tcW w:w="243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8F8F8"/>
          </w:tcPr>
          <w:p w14:paraId="3D25D824" w14:textId="77777777" w:rsidR="00A84015" w:rsidRDefault="00000000">
            <w:pPr>
              <w:spacing w:before="80" w:after="40"/>
              <w:jc w:val="center"/>
            </w:pPr>
            <w:r>
              <w:rPr>
                <w:b/>
                <w:color w:val="787878"/>
                <w:sz w:val="14"/>
              </w:rPr>
              <w:t>CLEAN SHEETS</w:t>
            </w:r>
          </w:p>
          <w:p w14:paraId="6FE1A6F4" w14:textId="77777777" w:rsidR="00A84015" w:rsidRDefault="00000000">
            <w:pPr>
              <w:spacing w:after="80"/>
              <w:jc w:val="center"/>
            </w:pPr>
            <w:r>
              <w:rPr>
                <w:b/>
                <w:color w:val="003C00"/>
              </w:rPr>
              <w:t>[NUMBER]</w:t>
            </w:r>
          </w:p>
        </w:tc>
        <w:tc>
          <w:tcPr>
            <w:tcW w:w="243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8F8F8"/>
          </w:tcPr>
          <w:p w14:paraId="3ECEE297" w14:textId="77777777" w:rsidR="00A84015" w:rsidRDefault="00000000">
            <w:pPr>
              <w:spacing w:before="80" w:after="40"/>
              <w:jc w:val="center"/>
            </w:pPr>
            <w:r>
              <w:rPr>
                <w:b/>
                <w:color w:val="787878"/>
                <w:sz w:val="14"/>
              </w:rPr>
              <w:t>SAVE % (GK)</w:t>
            </w:r>
          </w:p>
          <w:p w14:paraId="21D78FC0" w14:textId="77777777" w:rsidR="00A84015" w:rsidRDefault="00000000">
            <w:pPr>
              <w:spacing w:after="80"/>
              <w:jc w:val="center"/>
            </w:pPr>
            <w:r>
              <w:rPr>
                <w:b/>
                <w:color w:val="003C00"/>
              </w:rPr>
              <w:t>[%]</w:t>
            </w:r>
          </w:p>
        </w:tc>
        <w:tc>
          <w:tcPr>
            <w:tcW w:w="243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8F8F8"/>
          </w:tcPr>
          <w:p w14:paraId="65B28ADF" w14:textId="77777777" w:rsidR="00A84015" w:rsidRDefault="00000000">
            <w:pPr>
              <w:spacing w:before="80" w:after="40"/>
              <w:jc w:val="center"/>
            </w:pPr>
            <w:r>
              <w:rPr>
                <w:b/>
                <w:color w:val="787878"/>
                <w:sz w:val="14"/>
              </w:rPr>
              <w:t>TACKLES WON</w:t>
            </w:r>
          </w:p>
          <w:p w14:paraId="0D8669DA" w14:textId="77777777" w:rsidR="00A84015" w:rsidRDefault="00000000">
            <w:pPr>
              <w:spacing w:after="80"/>
              <w:jc w:val="center"/>
            </w:pPr>
            <w:r>
              <w:rPr>
                <w:b/>
                <w:color w:val="003C00"/>
              </w:rPr>
              <w:t>[NUMBER]</w:t>
            </w:r>
          </w:p>
        </w:tc>
      </w:tr>
    </w:tbl>
    <w:p w14:paraId="67F0CBAA" w14:textId="511B4156" w:rsidR="00A84015" w:rsidRDefault="00800B4C">
      <w:r>
        <w:t>Only fill in those that are relevant to your position and numbers you actually have (don’t wright in fake numbers) take away the rest</w:t>
      </w:r>
    </w:p>
    <w:p w14:paraId="1BC2160C" w14:textId="77777777" w:rsidR="00A84015" w:rsidRPr="00800B4C" w:rsidRDefault="00000000">
      <w:pPr>
        <w:spacing w:before="280" w:after="80"/>
        <w:ind w:left="-113"/>
        <w:rPr>
          <w:b/>
          <w:sz w:val="28"/>
          <w:szCs w:val="28"/>
        </w:rPr>
      </w:pPr>
      <w:r w:rsidRPr="00800B4C">
        <w:rPr>
          <w:sz w:val="28"/>
          <w:szCs w:val="28"/>
        </w:rPr>
        <w:t xml:space="preserve">  </w:t>
      </w:r>
      <w:r w:rsidRPr="00800B4C">
        <w:rPr>
          <w:b/>
          <w:sz w:val="28"/>
          <w:szCs w:val="28"/>
        </w:rPr>
        <w:t>PLAYING EXPERIENCE</w:t>
      </w:r>
    </w:p>
    <w:p w14:paraId="6478E046" w14:textId="616B75E0" w:rsidR="00800B4C" w:rsidRDefault="00800B4C">
      <w:pPr>
        <w:spacing w:before="280" w:after="80"/>
        <w:ind w:left="-113"/>
      </w:pPr>
      <w:r>
        <w:rPr>
          <w:noProof/>
          <w:color w:val="B4B4B4"/>
          <w:sz w:val="1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295FCB2" wp14:editId="7F0C2F32">
                <wp:simplePos x="0" y="0"/>
                <wp:positionH relativeFrom="column">
                  <wp:posOffset>0</wp:posOffset>
                </wp:positionH>
                <wp:positionV relativeFrom="paragraph">
                  <wp:posOffset>37465</wp:posOffset>
                </wp:positionV>
                <wp:extent cx="6027420" cy="0"/>
                <wp:effectExtent l="57150" t="38100" r="68580" b="95250"/>
                <wp:wrapNone/>
                <wp:docPr id="1671830911" name="Rak koppling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27420" cy="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9BBB59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3DF4082" id="Rak koppling 1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2.95pt" to="474.6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" strokecolor="#9bbb59" strokeweight="3pt">
                <v:shadow on="t" color="black" opacity="22937f" origin=",.5" offset="0,.63889mm"/>
              </v:line>
            </w:pict>
          </mc:Fallback>
        </mc:AlternateContent>
      </w:r>
    </w:p>
    <w:p w14:paraId="16BE22FA" w14:textId="77777777" w:rsidR="00A84015" w:rsidRDefault="00000000">
      <w:pPr>
        <w:spacing w:before="120" w:after="40"/>
      </w:pPr>
      <w:r>
        <w:rPr>
          <w:b/>
          <w:color w:val="003C00"/>
          <w:sz w:val="19"/>
        </w:rPr>
        <w:t>[CLUB NAME] — [LEAGUE/LEVEL] — [POSITION]</w:t>
      </w:r>
    </w:p>
    <w:p w14:paraId="175089FE" w14:textId="77777777" w:rsidR="00A84015" w:rsidRDefault="00000000">
      <w:pPr>
        <w:spacing w:after="20"/>
      </w:pPr>
      <w:r>
        <w:rPr>
          <w:i/>
          <w:color w:val="787878"/>
          <w:sz w:val="16"/>
        </w:rPr>
        <w:t>[MONTH YEAR – MONTH YEAR]</w:t>
      </w:r>
    </w:p>
    <w:p w14:paraId="07CA9F75" w14:textId="77777777" w:rsidR="00A84015" w:rsidRDefault="00000000">
      <w:pPr>
        <w:spacing w:before="20" w:after="40"/>
        <w:ind w:left="227"/>
      </w:pPr>
      <w:r>
        <w:rPr>
          <w:i/>
          <w:color w:val="A0A0A0"/>
          <w:sz w:val="18"/>
        </w:rPr>
        <w:t>• Scored [X] goals in [Y] appearances, including [specific achievement with context]</w:t>
      </w:r>
    </w:p>
    <w:p w14:paraId="0353F83D" w14:textId="77777777" w:rsidR="00A84015" w:rsidRDefault="00000000">
      <w:pPr>
        <w:spacing w:before="20" w:after="40"/>
        <w:ind w:left="227"/>
      </w:pPr>
      <w:r>
        <w:rPr>
          <w:i/>
          <w:color w:val="A0A0A0"/>
          <w:sz w:val="18"/>
        </w:rPr>
        <w:t>• [Strong verb + number + context, e.g. "Converted 23% of chances vs. league champions"]</w:t>
      </w:r>
    </w:p>
    <w:p w14:paraId="4767007F" w14:textId="77777777" w:rsidR="00A84015" w:rsidRDefault="00000000">
      <w:pPr>
        <w:spacing w:before="20" w:after="40"/>
        <w:ind w:left="227"/>
      </w:pPr>
      <w:r>
        <w:rPr>
          <w:i/>
          <w:color w:val="A0A0A0"/>
          <w:sz w:val="18"/>
        </w:rPr>
        <w:t>• [Another quantified achievement — prove your profile with data]</w:t>
      </w:r>
    </w:p>
    <w:p w14:paraId="558AD4CA" w14:textId="77777777" w:rsidR="00A84015" w:rsidRDefault="00A84015"/>
    <w:p w14:paraId="4A123342" w14:textId="77777777" w:rsidR="00A84015" w:rsidRDefault="00000000">
      <w:pPr>
        <w:spacing w:before="120" w:after="40"/>
      </w:pPr>
      <w:r>
        <w:rPr>
          <w:b/>
          <w:color w:val="003C00"/>
          <w:sz w:val="19"/>
        </w:rPr>
        <w:t>[CLUB NAME] — [LEAGUE/LEVEL] — [POSITION]</w:t>
      </w:r>
    </w:p>
    <w:p w14:paraId="374537B4" w14:textId="77777777" w:rsidR="00A84015" w:rsidRDefault="00000000">
      <w:pPr>
        <w:spacing w:after="20"/>
      </w:pPr>
      <w:r>
        <w:rPr>
          <w:i/>
          <w:color w:val="787878"/>
          <w:sz w:val="16"/>
        </w:rPr>
        <w:t>[MONTH YEAR – MONTH YEAR]</w:t>
      </w:r>
    </w:p>
    <w:p w14:paraId="7576CE3A" w14:textId="77777777" w:rsidR="00A84015" w:rsidRDefault="00000000">
      <w:pPr>
        <w:spacing w:before="20" w:after="40"/>
        <w:ind w:left="227"/>
      </w:pPr>
      <w:r>
        <w:rPr>
          <w:i/>
          <w:color w:val="A0A0A0"/>
          <w:sz w:val="18"/>
        </w:rPr>
        <w:t>• [Achievement bullet point with numbers]</w:t>
      </w:r>
    </w:p>
    <w:p w14:paraId="69D27F1A" w14:textId="77777777" w:rsidR="00A84015" w:rsidRDefault="00000000">
      <w:pPr>
        <w:spacing w:before="20" w:after="40"/>
        <w:ind w:left="227"/>
        <w:rPr>
          <w:i/>
          <w:color w:val="A0A0A0"/>
          <w:sz w:val="18"/>
        </w:rPr>
      </w:pPr>
      <w:r>
        <w:rPr>
          <w:i/>
          <w:color w:val="A0A0A0"/>
          <w:sz w:val="18"/>
        </w:rPr>
        <w:t>• [Achievement bullet point with numbers]</w:t>
      </w:r>
    </w:p>
    <w:p w14:paraId="7D016DA2" w14:textId="77777777" w:rsidR="00800B4C" w:rsidRDefault="00800B4C" w:rsidP="00800B4C">
      <w:pPr>
        <w:spacing w:before="20" w:after="40"/>
        <w:ind w:left="227"/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</w:pPr>
    </w:p>
    <w:p w14:paraId="44F8DF12" w14:textId="3319BA00" w:rsidR="00800B4C" w:rsidRPr="00281C06" w:rsidRDefault="00800B4C" w:rsidP="00800B4C">
      <w:pPr>
        <w:spacing w:before="20" w:after="40"/>
        <w:ind w:left="227"/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-</w:t>
      </w:r>
      <w:r w:rsidRPr="00281C06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Add more if needed</w:t>
      </w:r>
      <w:r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-</w:t>
      </w:r>
    </w:p>
    <w:p w14:paraId="0F7CE20E" w14:textId="77777777" w:rsidR="00800B4C" w:rsidRDefault="00800B4C">
      <w:pPr>
        <w:spacing w:before="20" w:after="40"/>
        <w:ind w:left="227"/>
      </w:pPr>
    </w:p>
    <w:p w14:paraId="4B630859" w14:textId="77777777" w:rsidR="00A84015" w:rsidRPr="00800B4C" w:rsidRDefault="00000000">
      <w:pPr>
        <w:spacing w:before="280" w:after="80"/>
        <w:ind w:left="-113"/>
        <w:rPr>
          <w:b/>
          <w:sz w:val="28"/>
          <w:szCs w:val="28"/>
        </w:rPr>
      </w:pPr>
      <w:r w:rsidRPr="00800B4C">
        <w:rPr>
          <w:sz w:val="28"/>
          <w:szCs w:val="28"/>
        </w:rPr>
        <w:lastRenderedPageBreak/>
        <w:t xml:space="preserve">  </w:t>
      </w:r>
      <w:r w:rsidRPr="00800B4C">
        <w:rPr>
          <w:b/>
          <w:sz w:val="28"/>
          <w:szCs w:val="28"/>
        </w:rPr>
        <w:t>KEY SKILLS</w:t>
      </w:r>
    </w:p>
    <w:p w14:paraId="4C3C294D" w14:textId="3B095793" w:rsidR="00800B4C" w:rsidRDefault="00800B4C">
      <w:pPr>
        <w:spacing w:before="280" w:after="80"/>
        <w:ind w:left="-113"/>
      </w:pPr>
      <w:r>
        <w:rPr>
          <w:noProof/>
          <w:color w:val="B4B4B4"/>
          <w:sz w:val="1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0716BC1" wp14:editId="4A3FC4A6">
                <wp:simplePos x="0" y="0"/>
                <wp:positionH relativeFrom="column">
                  <wp:posOffset>0</wp:posOffset>
                </wp:positionH>
                <wp:positionV relativeFrom="paragraph">
                  <wp:posOffset>37465</wp:posOffset>
                </wp:positionV>
                <wp:extent cx="6027420" cy="0"/>
                <wp:effectExtent l="57150" t="38100" r="68580" b="95250"/>
                <wp:wrapNone/>
                <wp:docPr id="230668120" name="Rak koppling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27420" cy="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9BBB59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B3A4CF" id="Rak koppling 1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2.95pt" to="474.6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" strokecolor="#9bbb59" strokeweight="3pt">
                <v:shadow on="t" color="black" opacity="22937f" origin=",.5" offset="0,.63889mm"/>
              </v:line>
            </w:pict>
          </mc:Fallback>
        </mc:AlternateContent>
      </w:r>
    </w:p>
    <w:p w14:paraId="1CB93DA6" w14:textId="6B129C82" w:rsidR="00A84015" w:rsidRDefault="00000000">
      <w:pPr>
        <w:spacing w:after="80"/>
      </w:pPr>
      <w:r>
        <w:rPr>
          <w:i/>
          <w:color w:val="A0A0A0"/>
          <w:sz w:val="18"/>
        </w:rPr>
        <w:t xml:space="preserve">[List </w:t>
      </w:r>
      <w:r w:rsidR="00800B4C">
        <w:rPr>
          <w:i/>
          <w:color w:val="A0A0A0"/>
          <w:sz w:val="18"/>
        </w:rPr>
        <w:t>3</w:t>
      </w:r>
      <w:r>
        <w:rPr>
          <w:i/>
          <w:color w:val="A0A0A0"/>
          <w:sz w:val="18"/>
        </w:rPr>
        <w:t>-</w:t>
      </w:r>
      <w:r w:rsidR="00800B4C">
        <w:rPr>
          <w:i/>
          <w:color w:val="A0A0A0"/>
          <w:sz w:val="18"/>
        </w:rPr>
        <w:t xml:space="preserve">5 </w:t>
      </w:r>
      <w:r>
        <w:rPr>
          <w:i/>
          <w:color w:val="A0A0A0"/>
          <w:sz w:val="18"/>
        </w:rPr>
        <w:t>position-specific skills. Match these to your achievements above. Technical + mental mix.]</w:t>
      </w:r>
    </w:p>
    <w:p w14:paraId="097ED609" w14:textId="77777777" w:rsidR="00A84015" w:rsidRDefault="00000000">
      <w:pPr>
        <w:spacing w:after="40"/>
        <w:ind w:left="170"/>
      </w:pPr>
      <w:r>
        <w:rPr>
          <w:b/>
          <w:color w:val="646464"/>
          <w:sz w:val="16"/>
        </w:rPr>
        <w:t>Example by position:</w:t>
      </w:r>
    </w:p>
    <w:p w14:paraId="61E5CABE" w14:textId="77777777" w:rsidR="00A84015" w:rsidRDefault="00000000">
      <w:pPr>
        <w:spacing w:after="20"/>
        <w:ind w:left="170"/>
      </w:pPr>
      <w:r>
        <w:rPr>
          <w:i/>
          <w:color w:val="8C8C8C"/>
          <w:sz w:val="16"/>
        </w:rPr>
        <w:t>GK: Shot-stopping, Distribution, 1v1 situations, Command of area, Organisation</w:t>
      </w:r>
    </w:p>
    <w:p w14:paraId="479FD30F" w14:textId="77777777" w:rsidR="00A84015" w:rsidRDefault="00000000">
      <w:pPr>
        <w:spacing w:after="20"/>
        <w:ind w:left="170"/>
      </w:pPr>
      <w:r>
        <w:rPr>
          <w:i/>
          <w:color w:val="8C8C8C"/>
          <w:sz w:val="16"/>
        </w:rPr>
        <w:t>DEF: 1v1 defending, Aerial duels, Build-up passing, Positioning, Interceptions</w:t>
      </w:r>
    </w:p>
    <w:p w14:paraId="5970BFD6" w14:textId="77777777" w:rsidR="00A84015" w:rsidRDefault="00000000">
      <w:pPr>
        <w:spacing w:after="20"/>
        <w:ind w:left="170"/>
      </w:pPr>
      <w:r>
        <w:rPr>
          <w:i/>
          <w:color w:val="8C8C8C"/>
          <w:sz w:val="16"/>
        </w:rPr>
        <w:t>MID: Passing range, Vision, Pressing, Transitions, Game intelligence</w:t>
      </w:r>
    </w:p>
    <w:p w14:paraId="557C6954" w14:textId="77777777" w:rsidR="00A84015" w:rsidRDefault="00000000">
      <w:pPr>
        <w:spacing w:after="20"/>
        <w:ind w:left="170"/>
      </w:pPr>
      <w:r>
        <w:rPr>
          <w:i/>
          <w:color w:val="8C8C8C"/>
          <w:sz w:val="16"/>
        </w:rPr>
        <w:t>FWD: Finishing, Off-ball movement, 1v1s, Pressing, Chance creation</w:t>
      </w:r>
    </w:p>
    <w:p w14:paraId="20E1ADA2" w14:textId="77777777" w:rsidR="00A84015" w:rsidRPr="00800B4C" w:rsidRDefault="00000000">
      <w:pPr>
        <w:spacing w:before="280" w:after="80"/>
        <w:ind w:left="-113"/>
        <w:rPr>
          <w:b/>
          <w:sz w:val="28"/>
          <w:szCs w:val="28"/>
        </w:rPr>
      </w:pPr>
      <w:r w:rsidRPr="00800B4C">
        <w:rPr>
          <w:sz w:val="28"/>
          <w:szCs w:val="28"/>
        </w:rPr>
        <w:t xml:space="preserve">  </w:t>
      </w:r>
      <w:r w:rsidRPr="00800B4C">
        <w:rPr>
          <w:b/>
          <w:sz w:val="28"/>
          <w:szCs w:val="28"/>
        </w:rPr>
        <w:t>ACHIEVEMENTS &amp; AWARDS</w:t>
      </w:r>
    </w:p>
    <w:p w14:paraId="1B406A18" w14:textId="1132ED4B" w:rsidR="00800B4C" w:rsidRDefault="00800B4C">
      <w:pPr>
        <w:spacing w:before="280" w:after="80"/>
        <w:ind w:left="-113"/>
      </w:pPr>
      <w:r>
        <w:rPr>
          <w:noProof/>
          <w:color w:val="B4B4B4"/>
          <w:sz w:val="1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9C6102A" wp14:editId="6E6704C1">
                <wp:simplePos x="0" y="0"/>
                <wp:positionH relativeFrom="column">
                  <wp:posOffset>0</wp:posOffset>
                </wp:positionH>
                <wp:positionV relativeFrom="paragraph">
                  <wp:posOffset>37465</wp:posOffset>
                </wp:positionV>
                <wp:extent cx="6027420" cy="0"/>
                <wp:effectExtent l="57150" t="38100" r="68580" b="95250"/>
                <wp:wrapNone/>
                <wp:docPr id="258788539" name="Rak koppling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27420" cy="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9BBB59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5F1495" id="Rak koppling 1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2.95pt" to="474.6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" strokecolor="#9bbb59" strokeweight="3pt">
                <v:shadow on="t" color="black" opacity="22937f" origin=",.5" offset="0,.63889mm"/>
              </v:line>
            </w:pict>
          </mc:Fallback>
        </mc:AlternateContent>
      </w:r>
    </w:p>
    <w:p w14:paraId="793A04E5" w14:textId="77777777" w:rsidR="00A84015" w:rsidRDefault="00000000">
      <w:pPr>
        <w:spacing w:before="20" w:after="40"/>
        <w:ind w:left="227"/>
      </w:pPr>
      <w:r>
        <w:rPr>
          <w:i/>
          <w:color w:val="A0A0A0"/>
          <w:sz w:val="18"/>
        </w:rPr>
        <w:t>• [Team achievement — include year and level, e.g. "Regional Champions U19 2024"]</w:t>
      </w:r>
    </w:p>
    <w:p w14:paraId="41DAC013" w14:textId="77777777" w:rsidR="00A84015" w:rsidRDefault="00000000">
      <w:pPr>
        <w:spacing w:before="20" w:after="40"/>
        <w:ind w:left="227"/>
      </w:pPr>
      <w:r>
        <w:rPr>
          <w:i/>
          <w:color w:val="A0A0A0"/>
          <w:sz w:val="18"/>
        </w:rPr>
        <w:t>• [Individual award — e.g. "Player of the Month (3x) — 2024 Season"]</w:t>
      </w:r>
    </w:p>
    <w:p w14:paraId="00076E8D" w14:textId="77777777" w:rsidR="00A84015" w:rsidRDefault="00000000">
      <w:pPr>
        <w:spacing w:before="20" w:after="40"/>
        <w:ind w:left="227"/>
      </w:pPr>
      <w:r>
        <w:rPr>
          <w:i/>
          <w:color w:val="A0A0A0"/>
          <w:sz w:val="18"/>
        </w:rPr>
        <w:t>• [Tournament selection / National team call-up — include age group and year]</w:t>
      </w:r>
    </w:p>
    <w:p w14:paraId="3828BBF0" w14:textId="77777777" w:rsidR="00A84015" w:rsidRDefault="00000000">
      <w:pPr>
        <w:spacing w:before="20" w:after="40"/>
        <w:ind w:left="227"/>
      </w:pPr>
      <w:r>
        <w:rPr>
          <w:i/>
          <w:color w:val="A0A0A0"/>
          <w:sz w:val="18"/>
        </w:rPr>
        <w:t>• [Any other distinction that separates you from similar players]</w:t>
      </w:r>
    </w:p>
    <w:p w14:paraId="0DBEC02E" w14:textId="77777777" w:rsidR="00A84015" w:rsidRPr="00800B4C" w:rsidRDefault="00000000">
      <w:pPr>
        <w:spacing w:before="280" w:after="80"/>
        <w:ind w:left="-113"/>
        <w:rPr>
          <w:b/>
          <w:sz w:val="28"/>
          <w:szCs w:val="28"/>
        </w:rPr>
      </w:pPr>
      <w:r w:rsidRPr="00800B4C">
        <w:rPr>
          <w:sz w:val="28"/>
          <w:szCs w:val="28"/>
        </w:rPr>
        <w:t xml:space="preserve">  </w:t>
      </w:r>
      <w:r w:rsidRPr="00800B4C">
        <w:rPr>
          <w:b/>
          <w:sz w:val="28"/>
          <w:szCs w:val="28"/>
        </w:rPr>
        <w:t>EDUCATION &amp; ACADEMICS</w:t>
      </w:r>
    </w:p>
    <w:p w14:paraId="2E80CB3B" w14:textId="655D9150" w:rsidR="00800B4C" w:rsidRDefault="00800B4C">
      <w:pPr>
        <w:spacing w:before="280" w:after="80"/>
        <w:ind w:left="-113"/>
      </w:pPr>
      <w:r>
        <w:rPr>
          <w:noProof/>
          <w:color w:val="B4B4B4"/>
          <w:sz w:val="1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19C9822" wp14:editId="7F8523AB">
                <wp:simplePos x="0" y="0"/>
                <wp:positionH relativeFrom="column">
                  <wp:posOffset>0</wp:posOffset>
                </wp:positionH>
                <wp:positionV relativeFrom="paragraph">
                  <wp:posOffset>37465</wp:posOffset>
                </wp:positionV>
                <wp:extent cx="6027420" cy="0"/>
                <wp:effectExtent l="57150" t="38100" r="68580" b="95250"/>
                <wp:wrapNone/>
                <wp:docPr id="2067685364" name="Rak koppling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27420" cy="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9BBB59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5B784F" id="Rak koppling 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2.95pt" to="474.6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" strokecolor="#9bbb59" strokeweight="3pt">
                <v:shadow on="t" color="black" opacity="22937f" origin=",.5" offset="0,.63889mm"/>
              </v:line>
            </w:pict>
          </mc:Fallback>
        </mc:AlternateContent>
      </w:r>
    </w:p>
    <w:p w14:paraId="3B2F799D" w14:textId="77777777" w:rsidR="00A84015" w:rsidRDefault="00000000">
      <w:pPr>
        <w:spacing w:before="120" w:after="40"/>
      </w:pPr>
      <w:r>
        <w:rPr>
          <w:b/>
          <w:color w:val="282828"/>
          <w:sz w:val="19"/>
        </w:rPr>
        <w:t>[SCHOOL NAME]</w:t>
      </w:r>
    </w:p>
    <w:p w14:paraId="27595C3F" w14:textId="77777777" w:rsidR="00A84015" w:rsidRDefault="00000000">
      <w:pPr>
        <w:spacing w:after="40"/>
      </w:pPr>
      <w:r>
        <w:rPr>
          <w:color w:val="3C3C3C"/>
          <w:sz w:val="18"/>
        </w:rPr>
        <w:t>Graduation: [YYYY]  •  GPA: [X.XX / 4.0 or 5.0 scale]  •  SAT: [SCORE]  •  ACT: [SCORE]</w:t>
      </w:r>
    </w:p>
    <w:p w14:paraId="2A34990E" w14:textId="77777777" w:rsidR="00A84015" w:rsidRDefault="00000000">
      <w:pPr>
        <w:spacing w:after="40"/>
      </w:pPr>
      <w:r>
        <w:rPr>
          <w:color w:val="3C3C3C"/>
          <w:sz w:val="18"/>
        </w:rPr>
        <w:t>Relevant Courses: [COURSE 1, COURSE 2]  •  Academic Awards: [AWARD 1, AWARD 2]</w:t>
      </w:r>
    </w:p>
    <w:p w14:paraId="3EE08275" w14:textId="77777777" w:rsidR="00A84015" w:rsidRDefault="00000000">
      <w:pPr>
        <w:spacing w:before="20" w:after="40"/>
      </w:pPr>
      <w:r>
        <w:rPr>
          <w:i/>
          <w:color w:val="A0A0A0"/>
          <w:sz w:val="18"/>
        </w:rPr>
        <w:t>[Note any extracurriculars, honours, or academic achievements that show discipline and character.]</w:t>
      </w:r>
    </w:p>
    <w:p w14:paraId="45F98A36" w14:textId="77777777" w:rsidR="00A84015" w:rsidRPr="00800B4C" w:rsidRDefault="00000000">
      <w:pPr>
        <w:spacing w:before="280" w:after="80"/>
        <w:ind w:left="-113"/>
        <w:rPr>
          <w:sz w:val="28"/>
          <w:szCs w:val="28"/>
        </w:rPr>
      </w:pPr>
      <w:r w:rsidRPr="00800B4C">
        <w:rPr>
          <w:sz w:val="28"/>
          <w:szCs w:val="28"/>
        </w:rPr>
        <w:t xml:space="preserve">  </w:t>
      </w:r>
      <w:r w:rsidRPr="00800B4C">
        <w:rPr>
          <w:b/>
          <w:sz w:val="28"/>
          <w:szCs w:val="28"/>
        </w:rPr>
        <w:t>HIGHLIGHT VIDEO</w:t>
      </w:r>
    </w:p>
    <w:p w14:paraId="2E552C6E" w14:textId="0E5F2EBA" w:rsidR="00A84015" w:rsidRDefault="00800B4C">
      <w:pPr>
        <w:spacing w:before="80" w:after="80"/>
        <w:ind w:left="170"/>
      </w:pPr>
      <w:r>
        <w:rPr>
          <w:noProof/>
          <w:color w:val="B4B4B4"/>
          <w:sz w:val="1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4904393" wp14:editId="5D7D4C78">
                <wp:simplePos x="0" y="0"/>
                <wp:positionH relativeFrom="column">
                  <wp:posOffset>0</wp:posOffset>
                </wp:positionH>
                <wp:positionV relativeFrom="paragraph">
                  <wp:posOffset>38100</wp:posOffset>
                </wp:positionV>
                <wp:extent cx="6027420" cy="0"/>
                <wp:effectExtent l="57150" t="38100" r="68580" b="95250"/>
                <wp:wrapNone/>
                <wp:docPr id="1243064872" name="Rak koppling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27420" cy="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9BBB59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D44529" id="Rak koppling 1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3pt" to="474.6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" strokecolor="#9bbb59" strokeweight="3pt">
                <v:shadow on="t" color="black" opacity="22937f" origin=",.5" offset="0,.63889mm"/>
              </v:line>
            </w:pict>
          </mc:Fallback>
        </mc:AlternateConten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726"/>
      </w:tblGrid>
      <w:tr w:rsidR="00A84015" w14:paraId="1F67131E" w14:textId="77777777">
        <w:tc>
          <w:tcPr>
            <w:tcW w:w="9746" w:type="dxa"/>
            <w:tcBorders>
              <w:top w:val="single" w:sz="8" w:space="0" w:color="0A5A0A"/>
              <w:left w:val="single" w:sz="8" w:space="0" w:color="0A5A0A"/>
              <w:bottom w:val="single" w:sz="8" w:space="0" w:color="0A5A0A"/>
              <w:right w:val="single" w:sz="8" w:space="0" w:color="0A5A0A"/>
            </w:tcBorders>
            <w:shd w:val="clear" w:color="auto" w:fill="F0F7F0"/>
          </w:tcPr>
          <w:p w14:paraId="14963841" w14:textId="77777777" w:rsidR="00A84015" w:rsidRDefault="00000000">
            <w:pPr>
              <w:spacing w:before="120" w:after="120"/>
              <w:ind w:left="283"/>
            </w:pPr>
            <w:r>
              <w:rPr>
                <w:b/>
                <w:color w:val="005000"/>
                <w:sz w:val="20"/>
              </w:rPr>
              <w:t>▶  [PASTE YOUR YOUTUBE / VIMEO / HUDL LINK HERE]</w:t>
            </w:r>
          </w:p>
          <w:p w14:paraId="61F8C33E" w14:textId="77777777" w:rsidR="00A84015" w:rsidRDefault="00000000">
            <w:pPr>
              <w:spacing w:before="40" w:after="40"/>
              <w:ind w:left="283"/>
            </w:pPr>
            <w:r>
              <w:rPr>
                <w:i/>
                <w:color w:val="646464"/>
                <w:sz w:val="16"/>
              </w:rPr>
              <w:t>Ensure the video is set to "Unlisted" or "Public". This is what scouts actually watch — your CV only gets them to click.</w:t>
            </w:r>
          </w:p>
        </w:tc>
      </w:tr>
    </w:tbl>
    <w:p w14:paraId="50552776" w14:textId="77777777" w:rsidR="00A84015" w:rsidRDefault="00A84015"/>
    <w:p w14:paraId="6DD7B13B" w14:textId="77777777" w:rsidR="00A84015" w:rsidRPr="00800B4C" w:rsidRDefault="00000000">
      <w:pPr>
        <w:spacing w:before="280" w:after="80"/>
        <w:ind w:left="-113"/>
        <w:rPr>
          <w:b/>
          <w:sz w:val="28"/>
          <w:szCs w:val="28"/>
        </w:rPr>
      </w:pPr>
      <w:r w:rsidRPr="00800B4C">
        <w:rPr>
          <w:sz w:val="28"/>
          <w:szCs w:val="28"/>
        </w:rPr>
        <w:t xml:space="preserve">  </w:t>
      </w:r>
      <w:r w:rsidRPr="00800B4C">
        <w:rPr>
          <w:b/>
          <w:sz w:val="28"/>
          <w:szCs w:val="28"/>
        </w:rPr>
        <w:t>REFERENCES</w:t>
      </w:r>
    </w:p>
    <w:p w14:paraId="728F5F7A" w14:textId="014EB4E6" w:rsidR="00800B4C" w:rsidRDefault="00800B4C">
      <w:pPr>
        <w:spacing w:before="280" w:after="80"/>
        <w:ind w:left="-113"/>
      </w:pPr>
      <w:r>
        <w:rPr>
          <w:noProof/>
          <w:color w:val="B4B4B4"/>
          <w:sz w:val="1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37E8C7C" wp14:editId="68E03BF9">
                <wp:simplePos x="0" y="0"/>
                <wp:positionH relativeFrom="column">
                  <wp:posOffset>0</wp:posOffset>
                </wp:positionH>
                <wp:positionV relativeFrom="paragraph">
                  <wp:posOffset>38100</wp:posOffset>
                </wp:positionV>
                <wp:extent cx="6027420" cy="0"/>
                <wp:effectExtent l="57150" t="38100" r="68580" b="95250"/>
                <wp:wrapNone/>
                <wp:docPr id="572532290" name="Rak koppling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27420" cy="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9BBB59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663C294" id="Rak koppling 1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3pt" to="474.6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" strokecolor="#9bbb59" strokeweight="3pt">
                <v:shadow on="t" color="black" opacity="22937f" origin=",.5" offset="0,.63889mm"/>
              </v:line>
            </w:pict>
          </mc:Fallback>
        </mc:AlternateContent>
      </w:r>
    </w:p>
    <w:p w14:paraId="39D4A0AC" w14:textId="77777777" w:rsidR="00A84015" w:rsidRDefault="00000000">
      <w:pPr>
        <w:spacing w:before="120" w:after="40"/>
      </w:pPr>
      <w:r>
        <w:rPr>
          <w:b/>
          <w:color w:val="282828"/>
          <w:sz w:val="19"/>
        </w:rPr>
        <w:t>Primary Contact</w:t>
      </w:r>
    </w:p>
    <w:p w14:paraId="2D24AF51" w14:textId="77777777" w:rsidR="00A84015" w:rsidRDefault="00000000">
      <w:pPr>
        <w:spacing w:before="20" w:after="40"/>
      </w:pPr>
      <w:r>
        <w:rPr>
          <w:i/>
          <w:color w:val="A0A0A0"/>
          <w:sz w:val="18"/>
        </w:rPr>
        <w:t>Name: [NAME]  |  Role: [HEAD COACH / ASSISTANT / ACADEMY DIRECTOR]  |  Club: [CLUB]</w:t>
      </w:r>
    </w:p>
    <w:p w14:paraId="73667F2E" w14:textId="77777777" w:rsidR="00A84015" w:rsidRDefault="00000000">
      <w:pPr>
        <w:spacing w:before="20" w:after="40"/>
      </w:pPr>
      <w:r>
        <w:rPr>
          <w:i/>
          <w:color w:val="A0A0A0"/>
          <w:sz w:val="18"/>
        </w:rPr>
        <w:t>Phone: [PHONE]  |  Email: [EMAIL]  |  Best time: [TIME / TIMEZONE]</w:t>
      </w:r>
    </w:p>
    <w:p w14:paraId="3E29EFDD" w14:textId="77777777" w:rsidR="00A84015" w:rsidRDefault="00A84015"/>
    <w:p w14:paraId="69E3B757" w14:textId="77777777" w:rsidR="00A84015" w:rsidRDefault="00000000">
      <w:pPr>
        <w:spacing w:before="120" w:after="40"/>
      </w:pPr>
      <w:r>
        <w:rPr>
          <w:b/>
          <w:color w:val="282828"/>
          <w:sz w:val="19"/>
        </w:rPr>
        <w:t>Secondary Contact</w:t>
      </w:r>
    </w:p>
    <w:p w14:paraId="5FFD7E70" w14:textId="77777777" w:rsidR="00A84015" w:rsidRDefault="00000000">
      <w:pPr>
        <w:spacing w:before="20" w:after="40"/>
      </w:pPr>
      <w:r>
        <w:rPr>
          <w:i/>
          <w:color w:val="A0A0A0"/>
          <w:sz w:val="18"/>
        </w:rPr>
        <w:t>Name: [NAME]  |  Role: [ROLE]  |  Club: [CLUB]</w:t>
      </w:r>
    </w:p>
    <w:p w14:paraId="1AE875DE" w14:textId="77777777" w:rsidR="00A84015" w:rsidRDefault="00000000">
      <w:pPr>
        <w:spacing w:before="20" w:after="40"/>
      </w:pPr>
      <w:r>
        <w:rPr>
          <w:i/>
          <w:color w:val="A0A0A0"/>
          <w:sz w:val="18"/>
        </w:rPr>
        <w:t>Phone: [PHONE]  |  Email: [EMAIL]  |  Best time: [TIME / TIMEZONE]</w:t>
      </w:r>
    </w:p>
    <w:p w14:paraId="62FE7DB1" w14:textId="77777777" w:rsidR="00A84015" w:rsidRDefault="00A84015"/>
    <w:p w14:paraId="5828EA68" w14:textId="05BD0CFC" w:rsidR="00A84015" w:rsidRDefault="00A84015">
      <w:pPr>
        <w:spacing w:before="320" w:after="80"/>
        <w:jc w:val="center"/>
      </w:pPr>
    </w:p>
    <w:sectPr w:rsidR="00A84015" w:rsidSect="00034616">
      <w:pgSz w:w="12240" w:h="15840"/>
      <w:pgMar w:top="1020" w:right="1247" w:bottom="850" w:left="124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reradlist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reradlist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rerad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58500568">
    <w:abstractNumId w:val="8"/>
  </w:num>
  <w:num w:numId="2" w16cid:durableId="330186680">
    <w:abstractNumId w:val="6"/>
  </w:num>
  <w:num w:numId="3" w16cid:durableId="1014302883">
    <w:abstractNumId w:val="5"/>
  </w:num>
  <w:num w:numId="4" w16cid:durableId="609973591">
    <w:abstractNumId w:val="4"/>
  </w:num>
  <w:num w:numId="5" w16cid:durableId="1521503590">
    <w:abstractNumId w:val="7"/>
  </w:num>
  <w:num w:numId="6" w16cid:durableId="66349149">
    <w:abstractNumId w:val="3"/>
  </w:num>
  <w:num w:numId="7" w16cid:durableId="760298259">
    <w:abstractNumId w:val="2"/>
  </w:num>
  <w:num w:numId="8" w16cid:durableId="1062411733">
    <w:abstractNumId w:val="1"/>
  </w:num>
  <w:num w:numId="9" w16cid:durableId="18790498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C39A3"/>
    <w:rsid w:val="0015074B"/>
    <w:rsid w:val="0029639D"/>
    <w:rsid w:val="00326F90"/>
    <w:rsid w:val="00341D01"/>
    <w:rsid w:val="00405E22"/>
    <w:rsid w:val="00800B4C"/>
    <w:rsid w:val="00A84015"/>
    <w:rsid w:val="00AA1D8D"/>
    <w:rsid w:val="00B47730"/>
    <w:rsid w:val="00CB0664"/>
    <w:rsid w:val="00F6328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80388ED"/>
  <w14:defaultImageDpi w14:val="300"/>
  <w15:docId w15:val="{A40388BB-08F3-4496-A407-14E2E3A5C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Rubrik1">
    <w:name w:val="heading 1"/>
    <w:basedOn w:val="Normal"/>
    <w:next w:val="Normal"/>
    <w:link w:val="Rubri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E618BF"/>
  </w:style>
  <w:style w:type="paragraph" w:styleId="Sidfot">
    <w:name w:val="footer"/>
    <w:basedOn w:val="Normal"/>
    <w:link w:val="Sidfo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E618BF"/>
  </w:style>
  <w:style w:type="paragraph" w:styleId="Ingetavstnd">
    <w:name w:val="No Spacing"/>
    <w:uiPriority w:val="1"/>
    <w:qFormat/>
    <w:rsid w:val="00FC693F"/>
    <w:pPr>
      <w:spacing w:after="0" w:line="240" w:lineRule="auto"/>
    </w:pPr>
  </w:style>
  <w:style w:type="character" w:customStyle="1" w:styleId="Rubrik1Char">
    <w:name w:val="Rubrik 1 Char"/>
    <w:basedOn w:val="Standardstycketeckensnitt"/>
    <w:link w:val="Rubri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Rubrik2Char">
    <w:name w:val="Rubrik 2 Char"/>
    <w:basedOn w:val="Standardstycketeckensnitt"/>
    <w:link w:val="Rubri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Rubrik3Char">
    <w:name w:val="Rubrik 3 Char"/>
    <w:basedOn w:val="Standardstycketeckensnitt"/>
    <w:link w:val="Rubri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Rubrik">
    <w:name w:val="Title"/>
    <w:basedOn w:val="Normal"/>
    <w:next w:val="Normal"/>
    <w:link w:val="Rubrik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styck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xt">
    <w:name w:val="Body Text"/>
    <w:basedOn w:val="Normal"/>
    <w:link w:val="BrdtextChar"/>
    <w:uiPriority w:val="99"/>
    <w:unhideWhenUsed/>
    <w:rsid w:val="00AA1D8D"/>
    <w:pPr>
      <w:spacing w:after="120"/>
    </w:pPr>
  </w:style>
  <w:style w:type="character" w:customStyle="1" w:styleId="BrdtextChar">
    <w:name w:val="Brödtext Char"/>
    <w:basedOn w:val="Standardstycketeckensnitt"/>
    <w:link w:val="Brdtext"/>
    <w:uiPriority w:val="99"/>
    <w:rsid w:val="00AA1D8D"/>
  </w:style>
  <w:style w:type="paragraph" w:styleId="Brdtext2">
    <w:name w:val="Body Text 2"/>
    <w:basedOn w:val="Normal"/>
    <w:link w:val="Brdtext2Char"/>
    <w:uiPriority w:val="99"/>
    <w:unhideWhenUsed/>
    <w:rsid w:val="00AA1D8D"/>
    <w:pPr>
      <w:spacing w:after="120" w:line="480" w:lineRule="auto"/>
    </w:pPr>
  </w:style>
  <w:style w:type="character" w:customStyle="1" w:styleId="Brdtext2Char">
    <w:name w:val="Brödtext 2 Char"/>
    <w:basedOn w:val="Standardstycketeckensnitt"/>
    <w:link w:val="Brdtext2"/>
    <w:uiPriority w:val="99"/>
    <w:rsid w:val="00AA1D8D"/>
  </w:style>
  <w:style w:type="paragraph" w:styleId="Brdtext3">
    <w:name w:val="Body Text 3"/>
    <w:basedOn w:val="Normal"/>
    <w:link w:val="Brd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xt3Char">
    <w:name w:val="Brödtext 3 Char"/>
    <w:basedOn w:val="Standardstycketeckensnitt"/>
    <w:link w:val="Brdtext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a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a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a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reradlist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reradlist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reradlist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fortstt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fortstt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fortstt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Char">
    <w:name w:val="Makrotext Char"/>
    <w:basedOn w:val="Standardstycketeckensnit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Citat">
    <w:name w:val="Quote"/>
    <w:basedOn w:val="Normal"/>
    <w:next w:val="Normal"/>
    <w:link w:val="CitatChar"/>
    <w:uiPriority w:val="29"/>
    <w:qFormat/>
    <w:rsid w:val="00FC693F"/>
    <w:rPr>
      <w:i/>
      <w:iCs/>
      <w:color w:val="000000" w:themeColor="text1"/>
    </w:rPr>
  </w:style>
  <w:style w:type="character" w:customStyle="1" w:styleId="CitatChar">
    <w:name w:val="Citat Char"/>
    <w:basedOn w:val="Standardstycketeckensnitt"/>
    <w:link w:val="Citat"/>
    <w:uiPriority w:val="29"/>
    <w:rsid w:val="00FC693F"/>
    <w:rPr>
      <w:i/>
      <w:iCs/>
      <w:color w:val="000000" w:themeColor="text1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krivning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ark">
    <w:name w:val="Strong"/>
    <w:basedOn w:val="Standardstycketeckensnitt"/>
    <w:uiPriority w:val="22"/>
    <w:qFormat/>
    <w:rsid w:val="00FC693F"/>
    <w:rPr>
      <w:b/>
      <w:bCs/>
    </w:rPr>
  </w:style>
  <w:style w:type="character" w:styleId="Betoning">
    <w:name w:val="Emphasis"/>
    <w:basedOn w:val="Standardstycketeckensnitt"/>
    <w:uiPriority w:val="20"/>
    <w:qFormat/>
    <w:rsid w:val="00FC693F"/>
    <w:rPr>
      <w:i/>
      <w:iCs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FC693F"/>
    <w:rPr>
      <w:b/>
      <w:bCs/>
      <w:i/>
      <w:iCs/>
      <w:color w:val="4F81BD" w:themeColor="accent1"/>
    </w:rPr>
  </w:style>
  <w:style w:type="character" w:styleId="Diskretbetoning">
    <w:name w:val="Subtle Emphasis"/>
    <w:basedOn w:val="Standardstycketeckensnitt"/>
    <w:uiPriority w:val="19"/>
    <w:qFormat/>
    <w:rsid w:val="00FC693F"/>
    <w:rPr>
      <w:i/>
      <w:iCs/>
      <w:color w:val="808080" w:themeColor="text1" w:themeTint="7F"/>
    </w:rPr>
  </w:style>
  <w:style w:type="character" w:styleId="Starkbetoning">
    <w:name w:val="Intense Emphasis"/>
    <w:basedOn w:val="Standardstycketeckensnitt"/>
    <w:uiPriority w:val="21"/>
    <w:qFormat/>
    <w:rsid w:val="00FC693F"/>
    <w:rPr>
      <w:b/>
      <w:bCs/>
      <w:i/>
      <w:iCs/>
      <w:color w:val="4F81BD" w:themeColor="accent1"/>
    </w:rPr>
  </w:style>
  <w:style w:type="character" w:styleId="Diskretreferens">
    <w:name w:val="Subtle Reference"/>
    <w:basedOn w:val="Standardstycketeckensnitt"/>
    <w:uiPriority w:val="31"/>
    <w:qFormat/>
    <w:rsid w:val="00FC693F"/>
    <w:rPr>
      <w:smallCaps/>
      <w:color w:val="C0504D" w:themeColor="accent2"/>
      <w:u w:val="single"/>
    </w:rPr>
  </w:style>
  <w:style w:type="character" w:styleId="Starkreferens">
    <w:name w:val="Intense Reference"/>
    <w:basedOn w:val="Standardstycketecken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enstitel">
    <w:name w:val="Book Title"/>
    <w:basedOn w:val="Standardstycketeckensnitt"/>
    <w:uiPriority w:val="33"/>
    <w:qFormat/>
    <w:rsid w:val="00FC693F"/>
    <w:rPr>
      <w:b/>
      <w:bCs/>
      <w:smallCaps/>
      <w:spacing w:val="5"/>
    </w:rPr>
  </w:style>
  <w:style w:type="paragraph" w:styleId="Innehllsfrteckningsrubrik">
    <w:name w:val="TOC Heading"/>
    <w:basedOn w:val="Rubrik1"/>
    <w:next w:val="Normal"/>
    <w:uiPriority w:val="39"/>
    <w:semiHidden/>
    <w:unhideWhenUsed/>
    <w:qFormat/>
    <w:rsid w:val="00FC693F"/>
    <w:pPr>
      <w:outlineLvl w:val="9"/>
    </w:pPr>
  </w:style>
  <w:style w:type="table" w:styleId="Tabellrutnt">
    <w:name w:val="Table Grid"/>
    <w:basedOn w:val="Normal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jusskuggning">
    <w:name w:val="Light Shading"/>
    <w:basedOn w:val="Normal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jusskuggning-dekorfrg1">
    <w:name w:val="Light Shading Accent 1"/>
    <w:basedOn w:val="Normal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jusskuggning-dekorfrg2">
    <w:name w:val="Light Shading Accent 2"/>
    <w:basedOn w:val="Normal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jusskuggning-dekorfrg3">
    <w:name w:val="Light Shading Accent 3"/>
    <w:basedOn w:val="Normal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jusskuggning-dekorfrg4">
    <w:name w:val="Light Shading Accent 4"/>
    <w:basedOn w:val="Normal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jusskuggning-dekorfrg5">
    <w:name w:val="Light Shading Accent 5"/>
    <w:basedOn w:val="Normal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jusskuggning-dekorfrg6">
    <w:name w:val="Light Shading Accent 6"/>
    <w:basedOn w:val="Normal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juslista">
    <w:name w:val="Light List"/>
    <w:basedOn w:val="Normal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juslista-dekorfrg1">
    <w:name w:val="Light List Accent 1"/>
    <w:basedOn w:val="Normal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juslista-dekorfrg2">
    <w:name w:val="Light List Accent 2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juslista-dekorfrg3">
    <w:name w:val="Light List Accent 3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juslista-dekorfrg4">
    <w:name w:val="Light List Accent 4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juslista-dekorfrg5">
    <w:name w:val="Light List Accent 5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juslista-dekorfrg6">
    <w:name w:val="Light List Accent 6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justrutnt">
    <w:name w:val="Light Grid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justrutnt-dekorfrg1">
    <w:name w:val="Light Grid Accent 1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justrutnt-dekorfrg2">
    <w:name w:val="Light Grid Accent 2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justrutnt-dekorfrg3">
    <w:name w:val="Light Grid Accent 3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justrutnt-dekorfrg4">
    <w:name w:val="Light Grid Accent 4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justrutnt-dekorfrg5">
    <w:name w:val="Light Grid Accent 5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justrutnt-dekorfrg6">
    <w:name w:val="Light Grid Accent 6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llanmrkskuggning1">
    <w:name w:val="Medium Shading 1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1">
    <w:name w:val="Medium Shading 1 Accent 1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2">
    <w:name w:val="Medium Shading 1 Accent 2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3">
    <w:name w:val="Medium Shading 1 Accent 3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4">
    <w:name w:val="Medium Shading 1 Accent 4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6">
    <w:name w:val="Medium Shading 1 Accent 6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2">
    <w:name w:val="Medium Shading 2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1">
    <w:name w:val="Medium Shading 2 Accent 1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2">
    <w:name w:val="Medium Shading 2 Accent 2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3">
    <w:name w:val="Medium Shading 2 Accent 3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4">
    <w:name w:val="Medium Shading 2 Accent 4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5">
    <w:name w:val="Medium Shading 2 Accent 5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6">
    <w:name w:val="Medium Shading 2 Accent 6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lista1">
    <w:name w:val="Medium List 1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llanmrklista1-dekorfrg1">
    <w:name w:val="Medium List 1 Accent 1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llanmrklista1-dekorfrg2">
    <w:name w:val="Medium List 1 Accent 2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llanmrklista1-dekorfrg3">
    <w:name w:val="Medium List 1 Accent 3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llanmrklista1-dekorfrg4">
    <w:name w:val="Medium List 1 Accent 4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llanmrklista1-dekorfrg5">
    <w:name w:val="Medium List 1 Accent 5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llanmrklista1-dekorfrg6">
    <w:name w:val="Medium List 1 Accent 6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llanmrklista2">
    <w:name w:val="Medium List 2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1">
    <w:name w:val="Medium List 2 Accent 1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2">
    <w:name w:val="Medium List 2 Accent 2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3">
    <w:name w:val="Medium List 2 Accent 3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4">
    <w:name w:val="Medium List 2 Accent 4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5">
    <w:name w:val="Medium List 2 Accent 5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6">
    <w:name w:val="Medium List 2 Accent 6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trutnt1">
    <w:name w:val="Medium Grid 1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llanmrktrutnt1-dekorfrg1">
    <w:name w:val="Medium Grid 1 Accent 1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llanmrktrutnt1-dekorfrg2">
    <w:name w:val="Medium Grid 1 Accent 2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llanmrktrutnt1-dekorfrg3">
    <w:name w:val="Medium Grid 1 Accent 3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llanmrktrutnt1-dekorfrg4">
    <w:name w:val="Medium Grid 1 Accent 4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llanmrktrutnt1-dekorfrg5">
    <w:name w:val="Medium Grid 1 Accent 5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llanmrktrutnt1-dekorfrg6">
    <w:name w:val="Medium Grid 1 Accent 6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llanmrktrutnt2">
    <w:name w:val="Medium Grid 2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1">
    <w:name w:val="Medium Grid 2 Accent 1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2">
    <w:name w:val="Medium Grid 2 Accent 2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3">
    <w:name w:val="Medium Grid 2 Accent 3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4">
    <w:name w:val="Medium Grid 2 Accent 4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5">
    <w:name w:val="Medium Grid 2 Accent 5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6">
    <w:name w:val="Medium Grid 2 Accent 6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3">
    <w:name w:val="Medium Grid 3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llanmrktrutnt3-dekorfrg1">
    <w:name w:val="Medium Grid 3 Accent 1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llanmrktrutnt3-dekorfrg2">
    <w:name w:val="Medium Grid 3 Accent 2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llanmrktrutnt3-dekorfrg3">
    <w:name w:val="Medium Grid 3 Accent 3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llanmrktrutnt3-dekorfrg4">
    <w:name w:val="Medium Grid 3 Accent 4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llanmrktrutnt3-dekorfrg5">
    <w:name w:val="Medium Grid 3 Accent 5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llanmrktrutnt3-dekorfrg6">
    <w:name w:val="Medium Grid 3 Accent 6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a">
    <w:name w:val="Dark List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a-dekorfrg1">
    <w:name w:val="Dark List Accent 1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a-dekorfrg2">
    <w:name w:val="Dark List Accent 2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a-dekorfrg3">
    <w:name w:val="Dark List Accent 3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a-dekorfrg4">
    <w:name w:val="Dark List Accent 4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a-dekorfrg5">
    <w:name w:val="Dark List Accent 5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a-dekorfrg6">
    <w:name w:val="Dark List Accent 6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rgadskuggning">
    <w:name w:val="Colorful Shading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1">
    <w:name w:val="Colorful Shading Accent 1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2">
    <w:name w:val="Colorful Shading Accent 2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3">
    <w:name w:val="Colorful Shading Accent 3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rgadskuggning-dekorfrg4">
    <w:name w:val="Colorful Shading Accent 4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5">
    <w:name w:val="Colorful Shading Accent 5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6">
    <w:name w:val="Colorful Shading Accent 6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lista">
    <w:name w:val="Colorful List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rgadlista-dekorfrg1">
    <w:name w:val="Colorful List Accent 1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rgadlista-dekorfrg2">
    <w:name w:val="Colorful List Accent 2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rgadlista-dekorfrg3">
    <w:name w:val="Colorful List Accent 3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rgadlista-dekorfrg4">
    <w:name w:val="Colorful List Accent 4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rgadlista-dekorfrg5">
    <w:name w:val="Colorful List Accent 5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rgadlista-dekorfrg6">
    <w:name w:val="Colorful List Accent 6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rgatrutnt">
    <w:name w:val="Colorful Grid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rgatrutnt-dekorfrg1">
    <w:name w:val="Colorful Grid Accent 1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rgatrutnt-dekorfrg2">
    <w:name w:val="Colorful Grid Accent 2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rgatrutnt-dekorfrg3">
    <w:name w:val="Colorful Grid Accent 3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rgatrutnt-dekorfrg4">
    <w:name w:val="Colorful Grid Accent 4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rgatrutnt-dekorfrg5">
    <w:name w:val="Colorful Grid Accent 5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rgatrutnt-dekorfrg6">
    <w:name w:val="Colorful Grid Accent 6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468</Words>
  <Characters>2482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2945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Jonathan Marklund</cp:lastModifiedBy>
  <cp:revision>6</cp:revision>
  <dcterms:created xsi:type="dcterms:W3CDTF">2026-05-29T13:11:00Z</dcterms:created>
  <dcterms:modified xsi:type="dcterms:W3CDTF">2026-05-29T13:13:00Z</dcterms:modified>
  <cp:category/>
</cp:coreProperties>
</file>