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8D876" w14:textId="072768BD" w:rsidR="000954FC" w:rsidRDefault="007F167D">
      <w:pPr>
        <w:spacing w:after="40"/>
        <w:jc w:val="center"/>
      </w:pPr>
      <w:r>
        <w:rPr>
          <w:b/>
          <w:color w:val="141414"/>
          <w:sz w:val="44"/>
        </w:rPr>
        <w:t>ACCELERATION PROGRAM</w:t>
      </w:r>
    </w:p>
    <w:p w14:paraId="55987F99" w14:textId="3D00ACB1" w:rsidR="000954FC" w:rsidRDefault="00000000" w:rsidP="0004075C">
      <w:pPr>
        <w:spacing w:after="120"/>
        <w:jc w:val="center"/>
      </w:pPr>
      <w:r>
        <w:rPr>
          <w:color w:val="646464"/>
          <w:sz w:val="24"/>
        </w:rPr>
        <w:t>For Football Players — 4-Week Cycle (1 Session/Week)</w:t>
      </w:r>
    </w:p>
    <w:p w14:paraId="0B1FEBDD" w14:textId="5BD46B72" w:rsidR="0004075C" w:rsidRPr="007F167D" w:rsidRDefault="007F167D" w:rsidP="007F167D">
      <w:pPr>
        <w:spacing w:after="120"/>
        <w:jc w:val="center"/>
        <w:rPr>
          <w:i/>
          <w:color w:val="646464"/>
          <w:sz w:val="18"/>
        </w:rPr>
      </w:pPr>
      <w:r w:rsidRPr="007F167D">
        <w:rPr>
          <w:i/>
          <w:color w:val="646464"/>
          <w:sz w:val="18"/>
        </w:rPr>
        <w:t>First-step explosion, horizontal power, and reactive starts. The ability to go from 0 to full speed before the defender reacts.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00"/>
      </w:tblGrid>
      <w:tr w:rsidR="000954FC" w14:paraId="548F071A" w14:textId="77777777">
        <w:tc>
          <w:tcPr>
            <w:tcW w:w="10200" w:type="dxa"/>
            <w:tcBorders>
              <w:top w:val="single" w:sz="8" w:space="0" w:color="2E7D32"/>
              <w:left w:val="single" w:sz="8" w:space="0" w:color="2E7D32"/>
              <w:bottom w:val="single" w:sz="8" w:space="0" w:color="2E7D32"/>
              <w:right w:val="single" w:sz="8" w:space="0" w:color="2E7D32"/>
            </w:tcBorders>
            <w:shd w:val="clear" w:color="auto" w:fill="E8F5E8"/>
          </w:tcPr>
          <w:p w14:paraId="5663FA88" w14:textId="1346916B" w:rsidR="000954FC" w:rsidRPr="007F167D" w:rsidRDefault="00000000" w:rsidP="007F167D">
            <w:pPr>
              <w:spacing w:before="160" w:after="160"/>
              <w:ind w:left="227" w:right="227"/>
              <w:rPr>
                <w:i/>
                <w:color w:val="503C00"/>
                <w:sz w:val="18"/>
              </w:rPr>
            </w:pPr>
            <w:r>
              <w:rPr>
                <w:i/>
                <w:color w:val="503C00"/>
                <w:sz w:val="18"/>
              </w:rPr>
              <w:t xml:space="preserve">💡 How to use: </w:t>
            </w:r>
            <w:r w:rsidR="007F167D" w:rsidRPr="007F167D">
              <w:rPr>
                <w:i/>
                <w:color w:val="503C00"/>
                <w:sz w:val="18"/>
              </w:rPr>
              <w:t>Record</w:t>
            </w:r>
            <w:r w:rsidR="00104615">
              <w:rPr>
                <w:i/>
                <w:color w:val="503C00"/>
                <w:sz w:val="18"/>
              </w:rPr>
              <w:t xml:space="preserve"> yourself and </w:t>
            </w:r>
            <w:r w:rsidR="003B7061">
              <w:rPr>
                <w:i/>
                <w:color w:val="503C00"/>
                <w:sz w:val="18"/>
              </w:rPr>
              <w:t xml:space="preserve">take time </w:t>
            </w:r>
            <w:r w:rsidR="00104615">
              <w:rPr>
                <w:i/>
                <w:color w:val="503C00"/>
                <w:sz w:val="18"/>
              </w:rPr>
              <w:t xml:space="preserve">to </w:t>
            </w:r>
            <w:r w:rsidR="00104615" w:rsidRPr="007F167D">
              <w:rPr>
                <w:i/>
                <w:color w:val="503C00"/>
                <w:sz w:val="18"/>
              </w:rPr>
              <w:t>your</w:t>
            </w:r>
            <w:r w:rsidR="007F167D" w:rsidRPr="007F167D">
              <w:rPr>
                <w:i/>
                <w:color w:val="503C00"/>
                <w:sz w:val="18"/>
              </w:rPr>
              <w:t xml:space="preserve"> baseline times in Week 1</w:t>
            </w:r>
            <w:r w:rsidR="00EB28DA">
              <w:rPr>
                <w:i/>
                <w:color w:val="503C00"/>
                <w:sz w:val="18"/>
              </w:rPr>
              <w:t xml:space="preserve"> (write down your fastest time on each exercise)</w:t>
            </w:r>
            <w:r w:rsidR="007F167D" w:rsidRPr="007F167D">
              <w:rPr>
                <w:i/>
                <w:color w:val="503C00"/>
                <w:sz w:val="18"/>
              </w:rPr>
              <w:t>. Follow the progression rules for Weeks 2–4. All progressions are based on Week 1 performance. Full recovery between reps — never sprint fatigued.</w:t>
            </w:r>
          </w:p>
        </w:tc>
      </w:tr>
    </w:tbl>
    <w:p w14:paraId="0E10462B" w14:textId="77777777" w:rsidR="000954FC" w:rsidRDefault="000954FC"/>
    <w:p w14:paraId="21608B4E" w14:textId="70155CE8" w:rsidR="000954FC" w:rsidRDefault="00000000">
      <w:pPr>
        <w:spacing w:before="120" w:after="40"/>
      </w:pPr>
      <w:r>
        <w:rPr>
          <w:b/>
          <w:color w:val="005000"/>
          <w:sz w:val="32"/>
        </w:rPr>
        <w:t xml:space="preserve">SESSION 1 — </w:t>
      </w:r>
      <w:r w:rsidR="007F167D">
        <w:rPr>
          <w:b/>
          <w:color w:val="005000"/>
          <w:sz w:val="32"/>
        </w:rPr>
        <w:t>ACCELERATION</w:t>
      </w:r>
    </w:p>
    <w:p w14:paraId="6B7416E1" w14:textId="1345EC09" w:rsidR="009E7001" w:rsidRDefault="00000000">
      <w:pPr>
        <w:spacing w:after="120"/>
        <w:rPr>
          <w:i/>
          <w:color w:val="646464"/>
          <w:sz w:val="18"/>
        </w:rPr>
      </w:pPr>
      <w:r>
        <w:rPr>
          <w:i/>
          <w:color w:val="646464"/>
          <w:sz w:val="18"/>
        </w:rPr>
        <w:t>Focus:</w:t>
      </w:r>
      <w:r w:rsidR="0004075C">
        <w:rPr>
          <w:i/>
          <w:color w:val="646464"/>
          <w:sz w:val="18"/>
        </w:rPr>
        <w:t xml:space="preserve"> </w:t>
      </w:r>
      <w:r w:rsidR="007F167D" w:rsidRPr="007F167D">
        <w:rPr>
          <w:i/>
          <w:color w:val="646464"/>
          <w:sz w:val="18"/>
        </w:rPr>
        <w:t>Explosive starts, horizontal force production, and first-step mechanics.</w:t>
      </w:r>
    </w:p>
    <w:p w14:paraId="0FCD0535" w14:textId="192CEC5B" w:rsidR="000954FC" w:rsidRDefault="00000000">
      <w:pPr>
        <w:spacing w:after="120"/>
      </w:pPr>
      <w:r>
        <w:rPr>
          <w:i/>
          <w:color w:val="646464"/>
          <w:sz w:val="18"/>
        </w:rPr>
        <w:t>. Quality over quantity.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57"/>
        <w:gridCol w:w="1457"/>
        <w:gridCol w:w="1457"/>
        <w:gridCol w:w="1457"/>
        <w:gridCol w:w="1457"/>
        <w:gridCol w:w="1457"/>
        <w:gridCol w:w="1457"/>
      </w:tblGrid>
      <w:tr w:rsidR="000954FC" w14:paraId="6AA91CD6" w14:textId="77777777">
        <w:trPr>
          <w:jc w:val="center"/>
        </w:trPr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474D7BE0" w14:textId="77777777" w:rsidR="000954FC" w:rsidRDefault="00000000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Exercise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02960E01" w14:textId="77777777" w:rsidR="000954FC" w:rsidRDefault="00000000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Sets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51A3F6BB" w14:textId="364FA4CA" w:rsidR="000954FC" w:rsidRDefault="0004075C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Distance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1A3D50E2" w14:textId="77777777" w:rsidR="000954FC" w:rsidRDefault="00000000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Week 1</w:t>
            </w:r>
            <w:r>
              <w:rPr>
                <w:b/>
                <w:color w:val="FFFFFF"/>
                <w:sz w:val="18"/>
              </w:rPr>
              <w:br/>
              <w:t>(Base)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3D54BCA0" w14:textId="77777777" w:rsidR="000954FC" w:rsidRDefault="00000000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Week 2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76D52DBF" w14:textId="77777777" w:rsidR="000954FC" w:rsidRDefault="00000000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Week 3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6B49009B" w14:textId="77777777" w:rsidR="000954FC" w:rsidRDefault="00000000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Week 4</w:t>
            </w:r>
          </w:p>
        </w:tc>
      </w:tr>
      <w:tr w:rsidR="000954FC" w14:paraId="2C8AD39C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74C4388C" w14:textId="58AF2057" w:rsidR="000954FC" w:rsidRPr="0004075C" w:rsidRDefault="007F167D" w:rsidP="0004075C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7F167D">
              <w:rPr>
                <w:b/>
                <w:bCs/>
                <w:sz w:val="18"/>
                <w:szCs w:val="18"/>
              </w:rPr>
              <w:t>1. Lying Start</w:t>
            </w:r>
            <w:r w:rsidRPr="007F167D">
              <w:rPr>
                <w:b/>
                <w:bCs/>
                <w:sz w:val="18"/>
                <w:szCs w:val="18"/>
              </w:rPr>
              <w:br/>
              <w:t>(S</w:t>
            </w:r>
            <w:r>
              <w:rPr>
                <w:b/>
                <w:bCs/>
                <w:sz w:val="18"/>
                <w:szCs w:val="18"/>
              </w:rPr>
              <w:t>tart on belly</w:t>
            </w:r>
            <w:r w:rsidRPr="007F167D">
              <w:rPr>
                <w:b/>
                <w:bCs/>
                <w:sz w:val="18"/>
                <w:szCs w:val="18"/>
              </w:rPr>
              <w:t>, explode to sprint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26BA47E6" w14:textId="77777777" w:rsidR="000954FC" w:rsidRDefault="00000000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36511E7" w14:textId="3B852E95" w:rsidR="000954FC" w:rsidRDefault="00000000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</w:t>
            </w:r>
            <w:r w:rsidR="0004075C">
              <w:rPr>
                <w:color w:val="1E1E1E"/>
                <w:sz w:val="16"/>
              </w:rPr>
              <w:t>5m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76CB277" w14:textId="4B20098B" w:rsidR="000954FC" w:rsidRPr="0004075C" w:rsidRDefault="00EB28DA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(Your time)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007807B" w14:textId="6168CAB8" w:rsidR="000954FC" w:rsidRPr="0016721E" w:rsidRDefault="0090467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 </w:t>
            </w:r>
            <w:r w:rsidR="00EB28DA">
              <w:rPr>
                <w:sz w:val="16"/>
                <w:szCs w:val="16"/>
              </w:rPr>
              <w:t>set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4AD8D52F" w14:textId="0C1C9C13" w:rsidR="000954FC" w:rsidRPr="0016721E" w:rsidRDefault="0090467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 set / 20m 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7B77587E" w14:textId="554EEEDD" w:rsidR="000954FC" w:rsidRDefault="00904670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>same as week 2</w:t>
            </w:r>
          </w:p>
        </w:tc>
      </w:tr>
      <w:tr w:rsidR="000954FC" w14:paraId="2679D7AF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4E4C8A2" w14:textId="78299094" w:rsidR="000954FC" w:rsidRPr="0004075C" w:rsidRDefault="007F167D">
            <w:pPr>
              <w:spacing w:before="60" w:after="60"/>
              <w:ind w:lef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Pr="007F167D">
              <w:rPr>
                <w:b/>
                <w:bCs/>
                <w:sz w:val="18"/>
                <w:szCs w:val="18"/>
              </w:rPr>
              <w:t xml:space="preserve">. </w:t>
            </w:r>
            <w:r>
              <w:rPr>
                <w:b/>
                <w:bCs/>
                <w:sz w:val="18"/>
                <w:szCs w:val="18"/>
              </w:rPr>
              <w:t>Lateral k</w:t>
            </w:r>
            <w:r w:rsidRPr="007F167D">
              <w:rPr>
                <w:b/>
                <w:bCs/>
                <w:sz w:val="18"/>
                <w:szCs w:val="18"/>
              </w:rPr>
              <w:t xml:space="preserve">nee Start </w:t>
            </w:r>
            <w:r w:rsidRPr="007F167D">
              <w:rPr>
                <w:b/>
                <w:bCs/>
                <w:sz w:val="18"/>
                <w:szCs w:val="18"/>
              </w:rPr>
              <w:br/>
              <w:t>(One knee down, 90° to direction, explode into sprint)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7F1DB33" w14:textId="62B732FF" w:rsidR="000954FC" w:rsidRDefault="00EB28DA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2 / each side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4730007" w14:textId="23C95DB7" w:rsidR="000954FC" w:rsidRDefault="00630187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</w:t>
            </w:r>
            <w:r w:rsidR="0004075C">
              <w:rPr>
                <w:color w:val="1E1E1E"/>
                <w:sz w:val="16"/>
              </w:rPr>
              <w:t>5m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AD4F7D7" w14:textId="4ED81023" w:rsidR="000954FC" w:rsidRPr="0016721E" w:rsidRDefault="00EB28DA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(Your time)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734D124" w14:textId="297148CE" w:rsidR="000954FC" w:rsidRDefault="00EB28DA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20</w:t>
            </w:r>
            <w:r>
              <w:rPr>
                <w:color w:val="1E1E1E"/>
                <w:sz w:val="16"/>
              </w:rPr>
              <w:t>m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0482A59" w14:textId="0886682A" w:rsidR="000954FC" w:rsidRDefault="00904670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 xml:space="preserve">3 set / </w:t>
            </w:r>
            <w:r>
              <w:rPr>
                <w:sz w:val="16"/>
                <w:szCs w:val="16"/>
              </w:rPr>
              <w:t>15</w:t>
            </w:r>
            <w:r>
              <w:rPr>
                <w:sz w:val="16"/>
                <w:szCs w:val="16"/>
              </w:rPr>
              <w:t>m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B8D4AC2" w14:textId="2C3CC814" w:rsidR="000954FC" w:rsidRDefault="00904670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same as week 2</w:t>
            </w:r>
          </w:p>
        </w:tc>
      </w:tr>
      <w:tr w:rsidR="0016721E" w14:paraId="2100C355" w14:textId="77777777" w:rsidTr="00366BD9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</w:tcPr>
          <w:p w14:paraId="2B542952" w14:textId="27A3381E" w:rsidR="0016721E" w:rsidRPr="0016721E" w:rsidRDefault="007F167D" w:rsidP="0016721E">
            <w:pPr>
              <w:spacing w:before="60" w:after="60"/>
              <w:ind w:left="113"/>
              <w:rPr>
                <w:b/>
                <w:bCs/>
                <w:sz w:val="18"/>
                <w:szCs w:val="18"/>
              </w:rPr>
            </w:pPr>
            <w:r w:rsidRPr="007F167D">
              <w:rPr>
                <w:b/>
                <w:bCs/>
                <w:sz w:val="18"/>
                <w:szCs w:val="18"/>
              </w:rPr>
              <w:t>3. Resisted Sprints</w:t>
            </w:r>
            <w:r w:rsidRPr="007F167D">
              <w:rPr>
                <w:b/>
                <w:bCs/>
                <w:sz w:val="18"/>
                <w:szCs w:val="18"/>
              </w:rPr>
              <w:br/>
              <w:t>(Sled / band / parachute, 10–15% bodyweight)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6C1F2F9" w14:textId="77777777" w:rsidR="0016721E" w:rsidRDefault="0016721E" w:rsidP="0016721E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9931F88" w14:textId="4C3F3D56" w:rsidR="0016721E" w:rsidRDefault="007F167D" w:rsidP="0016721E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>20</w:t>
            </w:r>
            <w:r w:rsidR="0016721E">
              <w:rPr>
                <w:sz w:val="16"/>
                <w:szCs w:val="16"/>
              </w:rPr>
              <w:t>m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4C2DA5E2" w14:textId="51EFDCDD" w:rsidR="0016721E" w:rsidRDefault="00EB28DA" w:rsidP="0016721E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>(Your time)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E41A426" w14:textId="449CB6DD" w:rsidR="0016721E" w:rsidRDefault="00904670" w:rsidP="0016721E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 xml:space="preserve">4 </w:t>
            </w:r>
            <w:r>
              <w:rPr>
                <w:sz w:val="16"/>
                <w:szCs w:val="16"/>
              </w:rPr>
              <w:t>set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742FF81" w14:textId="58C4FE71" w:rsidR="0016721E" w:rsidRDefault="00904670" w:rsidP="0016721E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 xml:space="preserve">3 set / </w:t>
            </w:r>
            <w:r>
              <w:rPr>
                <w:sz w:val="16"/>
                <w:szCs w:val="16"/>
              </w:rPr>
              <w:t>20m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050A618" w14:textId="1A9B1AD1" w:rsidR="0016721E" w:rsidRDefault="00904670" w:rsidP="0016721E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>same as week 2</w:t>
            </w:r>
          </w:p>
        </w:tc>
      </w:tr>
      <w:tr w:rsidR="0016721E" w14:paraId="1A20BCE1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F9ED1A7" w14:textId="199951C9" w:rsidR="00EB28DA" w:rsidRPr="00EB28DA" w:rsidRDefault="00EB28DA" w:rsidP="00EB28DA">
            <w:pPr>
              <w:spacing w:before="60" w:after="60"/>
              <w:ind w:left="113"/>
              <w:rPr>
                <w:b/>
                <w:bCs/>
                <w:sz w:val="18"/>
                <w:szCs w:val="18"/>
              </w:rPr>
            </w:pPr>
            <w:r w:rsidRPr="00EB28DA">
              <w:rPr>
                <w:b/>
                <w:bCs/>
                <w:sz w:val="18"/>
                <w:szCs w:val="18"/>
              </w:rPr>
              <w:t>4. Hill Sprints</w:t>
            </w:r>
          </w:p>
          <w:p w14:paraId="35525AD6" w14:textId="6ADDD333" w:rsidR="0016721E" w:rsidRPr="0016721E" w:rsidRDefault="00EB28DA" w:rsidP="00EB28DA">
            <w:pPr>
              <w:spacing w:before="60" w:after="60"/>
              <w:ind w:left="113"/>
              <w:rPr>
                <w:b/>
                <w:bCs/>
                <w:sz w:val="18"/>
                <w:szCs w:val="18"/>
              </w:rPr>
            </w:pPr>
            <w:r w:rsidRPr="00EB28DA">
              <w:rPr>
                <w:b/>
                <w:bCs/>
                <w:sz w:val="18"/>
                <w:szCs w:val="18"/>
              </w:rPr>
              <w:t>(Moderate incline, 5–8% grade, sprint uphill)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3739E1B" w14:textId="12A527A9" w:rsidR="0016721E" w:rsidRDefault="00EB28DA" w:rsidP="0016721E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75854DE4" w14:textId="624F8AFC" w:rsidR="0016721E" w:rsidRPr="0016721E" w:rsidRDefault="00904670" w:rsidP="0016721E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  <w:r w:rsidR="00EB28DA">
              <w:rPr>
                <w:sz w:val="16"/>
                <w:szCs w:val="16"/>
              </w:rPr>
              <w:t>m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160A2D1A" w14:textId="79F8F56E" w:rsidR="0016721E" w:rsidRDefault="00EB28DA" w:rsidP="0016721E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>(Your time)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1F70E8EF" w14:textId="5750643A" w:rsidR="0016721E" w:rsidRDefault="00904670" w:rsidP="0016721E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20m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49A4CBED" w14:textId="14690A94" w:rsidR="0016721E" w:rsidRDefault="00904670" w:rsidP="0016721E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 xml:space="preserve">4 </w:t>
            </w:r>
            <w:r>
              <w:rPr>
                <w:sz w:val="16"/>
                <w:szCs w:val="16"/>
              </w:rPr>
              <w:t>set / 15m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230184A" w14:textId="4DEB866F" w:rsidR="0016721E" w:rsidRDefault="00904670" w:rsidP="0016721E">
            <w:pPr>
              <w:spacing w:before="60" w:after="60"/>
              <w:jc w:val="center"/>
            </w:pPr>
            <w:r>
              <w:rPr>
                <w:sz w:val="16"/>
                <w:szCs w:val="16"/>
              </w:rPr>
              <w:t>same as week 2</w:t>
            </w:r>
          </w:p>
        </w:tc>
      </w:tr>
      <w:tr w:rsidR="0016721E" w14:paraId="234C657C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2B21CE4C" w14:textId="07A35600" w:rsidR="0016721E" w:rsidRPr="0016721E" w:rsidRDefault="00EB28DA" w:rsidP="0016721E">
            <w:pPr>
              <w:spacing w:before="60" w:after="60"/>
              <w:ind w:left="113"/>
              <w:rPr>
                <w:b/>
                <w:bCs/>
                <w:sz w:val="18"/>
                <w:szCs w:val="18"/>
              </w:rPr>
            </w:pPr>
            <w:r w:rsidRPr="00EB28DA">
              <w:rPr>
                <w:b/>
                <w:bCs/>
                <w:sz w:val="18"/>
                <w:szCs w:val="18"/>
              </w:rPr>
              <w:t>5. Wall Drives / Wall Sprint</w:t>
            </w:r>
            <w:r w:rsidRPr="00EB28DA">
              <w:rPr>
                <w:b/>
                <w:bCs/>
                <w:sz w:val="18"/>
                <w:szCs w:val="18"/>
              </w:rPr>
              <w:br/>
              <w:t>(Hands on wall, 45° lean, drive knees aggressively)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4AF3F7CD" w14:textId="53C0A45D" w:rsidR="0016721E" w:rsidRDefault="0016721E" w:rsidP="0016721E">
            <w:pPr>
              <w:spacing w:before="60" w:after="60"/>
              <w:jc w:val="center"/>
              <w:rPr>
                <w:color w:val="1E1E1E"/>
                <w:sz w:val="16"/>
              </w:rPr>
            </w:pPr>
            <w:r>
              <w:rPr>
                <w:color w:val="1E1E1E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C76442D" w14:textId="15A15639" w:rsidR="0016721E" w:rsidRPr="0016721E" w:rsidRDefault="00EB28DA" w:rsidP="0016721E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20s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0221783" w14:textId="1F4CFED6" w:rsidR="0016721E" w:rsidRDefault="00EB28DA" w:rsidP="0016721E">
            <w:pPr>
              <w:spacing w:before="60" w:after="60"/>
              <w:jc w:val="center"/>
            </w:pPr>
            <w:r>
              <w:rPr>
                <w:sz w:val="18"/>
                <w:szCs w:val="18"/>
              </w:rPr>
              <w:t>20s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26ECDA07" w14:textId="58011846" w:rsidR="0016721E" w:rsidRDefault="00EB28DA" w:rsidP="0016721E">
            <w:pPr>
              <w:spacing w:before="60" w:after="60"/>
              <w:jc w:val="center"/>
            </w:pP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s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775056C" w14:textId="3608403F" w:rsidR="0016721E" w:rsidRDefault="00EB28DA" w:rsidP="0016721E">
            <w:pPr>
              <w:spacing w:before="60" w:after="60"/>
              <w:jc w:val="center"/>
            </w:pP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s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F5DF9FF" w14:textId="535AB7DF" w:rsidR="0016721E" w:rsidRDefault="00EB28DA" w:rsidP="0016721E">
            <w:pPr>
              <w:spacing w:before="60" w:after="60"/>
              <w:jc w:val="center"/>
            </w:pP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0s</w:t>
            </w:r>
          </w:p>
        </w:tc>
      </w:tr>
    </w:tbl>
    <w:p w14:paraId="24BF546C" w14:textId="77777777" w:rsidR="000954FC" w:rsidRDefault="000954FC"/>
    <w:p w14:paraId="0AE426F1" w14:textId="77777777" w:rsidR="000954FC" w:rsidRDefault="00000000">
      <w:r>
        <w:br w:type="page"/>
      </w:r>
    </w:p>
    <w:p w14:paraId="6DB696A2" w14:textId="77777777" w:rsidR="000954FC" w:rsidRDefault="00000000">
      <w:pPr>
        <w:spacing w:after="160"/>
        <w:jc w:val="center"/>
      </w:pPr>
      <w:r>
        <w:rPr>
          <w:b/>
          <w:color w:val="141414"/>
          <w:sz w:val="36"/>
        </w:rPr>
        <w:lastRenderedPageBreak/>
        <w:t>HOW TO PROGRESS — 4-WEEK CYCLE GUIDE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00"/>
      </w:tblGrid>
      <w:tr w:rsidR="000954FC" w14:paraId="580A40C4" w14:textId="77777777">
        <w:tc>
          <w:tcPr>
            <w:tcW w:w="10200" w:type="dxa"/>
            <w:tcBorders>
              <w:top w:val="single" w:sz="8" w:space="0" w:color="FF9800"/>
              <w:left w:val="single" w:sz="8" w:space="0" w:color="FF9800"/>
              <w:bottom w:val="single" w:sz="8" w:space="0" w:color="FF9800"/>
              <w:right w:val="single" w:sz="8" w:space="0" w:color="FF9800"/>
            </w:tcBorders>
            <w:shd w:val="clear" w:color="auto" w:fill="FFF3E0"/>
          </w:tcPr>
          <w:p w14:paraId="10BDAFB4" w14:textId="5F272560" w:rsidR="000954FC" w:rsidRPr="0016721E" w:rsidRDefault="0016721E" w:rsidP="0016721E">
            <w:pPr>
              <w:rPr>
                <w:color w:val="4A442A" w:themeColor="background2" w:themeShade="40"/>
                <w:sz w:val="18"/>
                <w:szCs w:val="18"/>
              </w:rPr>
            </w:pPr>
            <w:r w:rsidRPr="0016721E">
              <w:rPr>
                <w:rFonts w:ascii="Segoe UI Emoji" w:hAnsi="Segoe UI Emoji" w:cs="Segoe UI Emoji"/>
                <w:i/>
                <w:color w:val="4A442A" w:themeColor="background2" w:themeShade="40"/>
                <w:sz w:val="18"/>
                <w:szCs w:val="18"/>
              </w:rPr>
              <w:t>📌</w:t>
            </w:r>
            <w:r w:rsidRPr="0016721E">
              <w:rPr>
                <w:i/>
                <w:color w:val="4A442A" w:themeColor="background2" w:themeShade="40"/>
                <w:sz w:val="18"/>
                <w:szCs w:val="18"/>
              </w:rPr>
              <w:t xml:space="preserve"> Rule of thumb: </w:t>
            </w:r>
            <w:r w:rsidR="00904670" w:rsidRPr="00904670">
              <w:rPr>
                <w:i/>
                <w:color w:val="4A442A" w:themeColor="background2" w:themeShade="40"/>
                <w:sz w:val="18"/>
                <w:szCs w:val="18"/>
              </w:rPr>
              <w:t xml:space="preserve">Sprint is skill practice, not strength training. Progress comes from running the same reps harder and cleaner — not from doing more. If you </w:t>
            </w:r>
            <w:r w:rsidR="00904670">
              <w:rPr>
                <w:i/>
                <w:color w:val="4A442A" w:themeColor="background2" w:themeShade="40"/>
                <w:sz w:val="18"/>
                <w:szCs w:val="18"/>
              </w:rPr>
              <w:t xml:space="preserve">can do the exercises whit </w:t>
            </w:r>
            <w:r w:rsidR="00904670" w:rsidRPr="00904670">
              <w:rPr>
                <w:i/>
                <w:color w:val="4A442A" w:themeColor="background2" w:themeShade="40"/>
                <w:sz w:val="18"/>
                <w:szCs w:val="18"/>
              </w:rPr>
              <w:t>perfect mechanics → increase intensity (run harder, not longer) next session. If form breaks down → stay at current volume until quality returns. If you cannot maintain acceleration on the last rep → reduce by 1 rep — never sprint fatigued.</w:t>
            </w:r>
          </w:p>
        </w:tc>
      </w:tr>
    </w:tbl>
    <w:p w14:paraId="1C6377C5" w14:textId="77777777" w:rsidR="000954FC" w:rsidRDefault="000954FC"/>
    <w:p w14:paraId="2EF68EDE" w14:textId="77777777" w:rsidR="000954FC" w:rsidRDefault="00000000">
      <w:pPr>
        <w:spacing w:before="160" w:after="80"/>
      </w:pPr>
      <w:r>
        <w:rPr>
          <w:b/>
          <w:color w:val="005000"/>
          <w:sz w:val="28"/>
        </w:rPr>
        <w:t>Week-by-Week Breakdown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0954FC" w14:paraId="3E3907B2" w14:textId="77777777">
        <w:trPr>
          <w:jc w:val="center"/>
        </w:trPr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43D3AD5F" w14:textId="77777777" w:rsidR="000954FC" w:rsidRDefault="00000000">
            <w:pPr>
              <w:jc w:val="center"/>
            </w:pPr>
            <w:r>
              <w:rPr>
                <w:b/>
                <w:color w:val="FFFFFF"/>
                <w:sz w:val="20"/>
              </w:rPr>
              <w:t>Week</w:t>
            </w:r>
          </w:p>
        </w:tc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2AAEDD5F" w14:textId="77777777" w:rsidR="000954FC" w:rsidRDefault="00000000">
            <w:pPr>
              <w:jc w:val="center"/>
            </w:pPr>
            <w:r>
              <w:rPr>
                <w:b/>
                <w:color w:val="FFFFFF"/>
                <w:sz w:val="20"/>
              </w:rPr>
              <w:t>Focus</w:t>
            </w:r>
          </w:p>
        </w:tc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116F4069" w14:textId="77777777" w:rsidR="000954FC" w:rsidRDefault="00000000">
            <w:pPr>
              <w:jc w:val="center"/>
            </w:pPr>
            <w:r>
              <w:rPr>
                <w:b/>
                <w:color w:val="FFFFFF"/>
                <w:sz w:val="20"/>
              </w:rPr>
              <w:t>Intensity</w:t>
            </w:r>
          </w:p>
        </w:tc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7406A6C7" w14:textId="77777777" w:rsidR="000954FC" w:rsidRDefault="00000000">
            <w:pPr>
              <w:jc w:val="center"/>
            </w:pPr>
            <w:r>
              <w:rPr>
                <w:b/>
                <w:color w:val="FFFFFF"/>
                <w:sz w:val="20"/>
              </w:rPr>
              <w:t>Action</w:t>
            </w:r>
          </w:p>
        </w:tc>
      </w:tr>
      <w:tr w:rsidR="000954FC" w14:paraId="2535E38D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2CE9049E" w14:textId="77777777" w:rsidR="000954FC" w:rsidRDefault="00000000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1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0262E9C9" w14:textId="77777777" w:rsidR="000954FC" w:rsidRDefault="00000000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Baseline / Control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27AF62F7" w14:textId="44A5911F" w:rsidR="000954FC" w:rsidRDefault="0065746B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85-90%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0E747840" w14:textId="0A5F0D84" w:rsidR="000954FC" w:rsidRDefault="003B7061">
            <w:pPr>
              <w:spacing w:before="80" w:after="80"/>
              <w:ind w:left="113"/>
            </w:pPr>
            <w:r w:rsidRPr="003B7061">
              <w:rPr>
                <w:color w:val="262626" w:themeColor="text1" w:themeTint="D9"/>
                <w:sz w:val="18"/>
                <w:szCs w:val="18"/>
              </w:rPr>
              <w:t>Find your working speed and resistance. Film your starts. Focus on low body angle, aggressive arm drive, and striking under the hip. Record all times</w:t>
            </w:r>
          </w:p>
        </w:tc>
      </w:tr>
      <w:tr w:rsidR="000954FC" w14:paraId="5390532C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1F6769D2" w14:textId="77777777" w:rsidR="000954FC" w:rsidRDefault="00000000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2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5D536FB5" w14:textId="77777777" w:rsidR="000954FC" w:rsidRDefault="00000000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Progression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64F16B76" w14:textId="7A5F805A" w:rsidR="000954FC" w:rsidRDefault="0065746B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90-95%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1CB47F9C" w14:textId="04F5DD4A" w:rsidR="000954FC" w:rsidRDefault="003B7061">
            <w:pPr>
              <w:spacing w:before="80" w:after="80"/>
              <w:ind w:left="113"/>
            </w:pPr>
            <w:r w:rsidRPr="003B7061">
              <w:rPr>
                <w:color w:val="1E1E1E"/>
                <w:sz w:val="18"/>
              </w:rPr>
              <w:t>Add 1 rep or 5 m to drills 1–2 and 4. Add 2.5% resistance to drill 3. Same rest. Builds volume and force tolerance.</w:t>
            </w:r>
          </w:p>
        </w:tc>
      </w:tr>
      <w:tr w:rsidR="000954FC" w14:paraId="0998AA32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62D38E1B" w14:textId="77777777" w:rsidR="000954FC" w:rsidRDefault="00000000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3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68FF9AD1" w14:textId="77777777" w:rsidR="000954FC" w:rsidRDefault="00000000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Intensification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30E32B2E" w14:textId="6367B070" w:rsidR="000954FC" w:rsidRDefault="0065746B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95-100%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15FC42BB" w14:textId="764E6940" w:rsidR="000954FC" w:rsidRPr="00840420" w:rsidRDefault="003B7061">
            <w:pPr>
              <w:spacing w:before="80" w:after="80"/>
              <w:ind w:left="113"/>
              <w:rPr>
                <w:sz w:val="18"/>
                <w:szCs w:val="18"/>
              </w:rPr>
            </w:pPr>
            <w:r w:rsidRPr="003B7061">
              <w:rPr>
                <w:sz w:val="18"/>
                <w:szCs w:val="18"/>
              </w:rPr>
              <w:t>Same volume as W</w:t>
            </w:r>
            <w:r>
              <w:rPr>
                <w:sz w:val="18"/>
                <w:szCs w:val="18"/>
              </w:rPr>
              <w:t xml:space="preserve">2 </w:t>
            </w:r>
            <w:r w:rsidRPr="003B7061">
              <w:rPr>
                <w:sz w:val="18"/>
                <w:szCs w:val="18"/>
              </w:rPr>
              <w:t>but push intent to 100%. Tests max acceleration under fatigue.</w:t>
            </w:r>
          </w:p>
        </w:tc>
      </w:tr>
      <w:tr w:rsidR="000954FC" w14:paraId="34B703B8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40C604B9" w14:textId="77777777" w:rsidR="000954FC" w:rsidRDefault="00000000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4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07B00EC4" w14:textId="77777777" w:rsidR="000954FC" w:rsidRDefault="00000000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Peak / Test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08333BB7" w14:textId="6A24FF9E" w:rsidR="000954FC" w:rsidRDefault="0065746B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100%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30868C09" w14:textId="674D3FBE" w:rsidR="000954FC" w:rsidRDefault="00840420">
            <w:pPr>
              <w:spacing w:before="80" w:after="80"/>
              <w:ind w:left="113"/>
            </w:pPr>
            <w:r w:rsidRPr="00840420">
              <w:rPr>
                <w:color w:val="1E1E1E"/>
                <w:sz w:val="18"/>
              </w:rPr>
              <w:t>Max intent on every rep.</w:t>
            </w:r>
          </w:p>
        </w:tc>
      </w:tr>
    </w:tbl>
    <w:p w14:paraId="6C168A80" w14:textId="77777777" w:rsidR="000954FC" w:rsidRDefault="000954FC"/>
    <w:p w14:paraId="37CC367A" w14:textId="77777777" w:rsidR="000954FC" w:rsidRDefault="00000000">
      <w:pPr>
        <w:spacing w:before="200" w:after="40"/>
      </w:pPr>
      <w:r>
        <w:rPr>
          <w:b/>
          <w:color w:val="005000"/>
          <w:sz w:val="24"/>
        </w:rPr>
        <w:t>After Week 4 — What Next?</w:t>
      </w:r>
    </w:p>
    <w:p w14:paraId="3052C867" w14:textId="63EFBF46" w:rsidR="000954FC" w:rsidRDefault="003B7061">
      <w:pPr>
        <w:spacing w:after="160"/>
      </w:pPr>
      <w:r>
        <w:rPr>
          <w:color w:val="3C3C3C"/>
          <w:sz w:val="18"/>
        </w:rPr>
        <w:t xml:space="preserve">Start over on week 1. Record yourself and take time on every exercise and write down your new times. </w:t>
      </w:r>
    </w:p>
    <w:p w14:paraId="72DEE856" w14:textId="77777777" w:rsidR="000954FC" w:rsidRDefault="00000000">
      <w:pPr>
        <w:spacing w:before="240" w:after="80"/>
      </w:pPr>
      <w:r>
        <w:rPr>
          <w:b/>
          <w:color w:val="005000"/>
          <w:sz w:val="28"/>
        </w:rPr>
        <w:t>WHY THESE EXERCISES? — FOOTBALL SPECIFIC</w:t>
      </w:r>
    </w:p>
    <w:p w14:paraId="6C843209" w14:textId="1C1785B6" w:rsidR="000954FC" w:rsidRPr="003B7061" w:rsidRDefault="003B7061" w:rsidP="003B7061">
      <w:pPr>
        <w:spacing w:before="100" w:after="60"/>
        <w:ind w:left="170"/>
        <w:rPr>
          <w:color w:val="3C3C3C"/>
          <w:sz w:val="19"/>
          <w:lang w:val="sv-SE"/>
        </w:rPr>
      </w:pPr>
      <w:r w:rsidRPr="003B7061">
        <w:rPr>
          <w:b/>
          <w:bCs/>
          <w:color w:val="005000"/>
          <w:sz w:val="19"/>
        </w:rPr>
        <w:t>Lying Start</w:t>
      </w:r>
      <w:r w:rsidR="00000000">
        <w:rPr>
          <w:b/>
          <w:color w:val="005000"/>
          <w:sz w:val="19"/>
        </w:rPr>
        <w:t>:</w:t>
      </w:r>
      <w:r>
        <w:rPr>
          <w:color w:val="3C3C3C"/>
          <w:sz w:val="19"/>
        </w:rPr>
        <w:t xml:space="preserve"> </w:t>
      </w:r>
      <w:r w:rsidRPr="003B7061">
        <w:rPr>
          <w:color w:val="3C3C3C"/>
          <w:sz w:val="19"/>
        </w:rPr>
        <w:t xml:space="preserve">Forces explosive rising from a dead position — exactly what happens after a tackle or fall. The 45–60° body angle teaches you to stay low and project forward, not pop straight up after 2 steps like most footballers. Elite sprinters hold this drive angle for 12–18 steps; amateurs break after 3–4. </w:t>
      </w:r>
      <w:r w:rsidRPr="003B7061">
        <w:rPr>
          <w:color w:val="3C3C3C"/>
          <w:sz w:val="19"/>
          <w:lang w:val="sv-SE"/>
        </w:rPr>
        <w:t>Bottom line: explode forward, not upward.</w:t>
      </w:r>
    </w:p>
    <w:p w14:paraId="26807AC8" w14:textId="1782C445" w:rsidR="000954FC" w:rsidRDefault="003B7061">
      <w:pPr>
        <w:spacing w:before="100" w:after="60"/>
        <w:ind w:left="170"/>
      </w:pPr>
      <w:r>
        <w:rPr>
          <w:b/>
          <w:color w:val="005000"/>
          <w:sz w:val="19"/>
        </w:rPr>
        <w:t>Lateral</w:t>
      </w:r>
      <w:r w:rsidRPr="003B7061">
        <w:rPr>
          <w:rFonts w:ascii="Segoe UI" w:hAnsi="Segoe UI" w:cs="Segoe UI"/>
          <w:b/>
          <w:bCs/>
          <w:bdr w:val="none" w:sz="0" w:space="0" w:color="auto" w:frame="1"/>
          <w:shd w:val="clear" w:color="auto" w:fill="FFFFFF"/>
        </w:rPr>
        <w:t xml:space="preserve"> </w:t>
      </w:r>
      <w:r>
        <w:rPr>
          <w:b/>
          <w:bCs/>
          <w:color w:val="005000"/>
          <w:sz w:val="19"/>
        </w:rPr>
        <w:t>k</w:t>
      </w:r>
      <w:r w:rsidRPr="003B7061">
        <w:rPr>
          <w:b/>
          <w:bCs/>
          <w:color w:val="005000"/>
          <w:sz w:val="19"/>
        </w:rPr>
        <w:t>nee Start</w:t>
      </w:r>
      <w:r w:rsidR="00000000">
        <w:rPr>
          <w:b/>
          <w:color w:val="005000"/>
          <w:sz w:val="19"/>
        </w:rPr>
        <w:t xml:space="preserve">: </w:t>
      </w:r>
      <w:r w:rsidRPr="003B7061">
        <w:rPr>
          <w:color w:val="3C3C3C"/>
          <w:sz w:val="19"/>
        </w:rPr>
        <w:t>Mimics a defender tracking an attacker — one knee down, body rotated 90° from the sprint direction. You cannot cheat with forward lean; you must generate pure rotational force from a static base. Training both sides fixes left-right asymmetry that causes groin injuries. Bottom line: win the race even when facing the wrong way.</w:t>
      </w:r>
    </w:p>
    <w:p w14:paraId="29F319B5" w14:textId="664593A7" w:rsidR="000954FC" w:rsidRDefault="003B7061">
      <w:pPr>
        <w:spacing w:before="100" w:after="60"/>
        <w:ind w:left="170"/>
      </w:pPr>
      <w:r w:rsidRPr="003B7061">
        <w:rPr>
          <w:b/>
          <w:bCs/>
          <w:color w:val="005000"/>
          <w:sz w:val="19"/>
        </w:rPr>
        <w:t>Resisted Sprints</w:t>
      </w:r>
      <w:r w:rsidR="00A262CC" w:rsidRPr="00A262CC">
        <w:rPr>
          <w:color w:val="3C3C3C"/>
          <w:sz w:val="19"/>
        </w:rPr>
        <w:t>.</w:t>
      </w:r>
      <w:r>
        <w:rPr>
          <w:rFonts w:ascii="Segoe UI" w:hAnsi="Segoe UI" w:cs="Segoe UI"/>
          <w:shd w:val="clear" w:color="auto" w:fill="FFFFFF"/>
        </w:rPr>
        <w:t xml:space="preserve"> </w:t>
      </w:r>
      <w:r w:rsidRPr="003B7061">
        <w:rPr>
          <w:color w:val="3C3C3C"/>
          <w:sz w:val="19"/>
        </w:rPr>
        <w:t>Builds horizontal force — the missing link. Most players are strong vertically but weak horizontally. 10–15% bodyweight forces you to push backward into the ground, the exact direction that propels you forward. Research shows resisted sprints improve 0–10 m times more than normal sprinting. Bottom line: turn gym strength into forward speed.</w:t>
      </w:r>
    </w:p>
    <w:p w14:paraId="6E2E006E" w14:textId="2438E739" w:rsidR="000954FC" w:rsidRDefault="0096071A">
      <w:pPr>
        <w:spacing w:before="100" w:after="60"/>
        <w:ind w:left="170"/>
      </w:pPr>
      <w:r w:rsidRPr="0096071A">
        <w:rPr>
          <w:b/>
          <w:bCs/>
          <w:color w:val="005000"/>
          <w:sz w:val="19"/>
        </w:rPr>
        <w:t>Hill Sprints</w:t>
      </w:r>
      <w:r w:rsidR="00000000">
        <w:rPr>
          <w:b/>
          <w:color w:val="005000"/>
          <w:sz w:val="19"/>
        </w:rPr>
        <w:t>:</w:t>
      </w:r>
      <w:r w:rsidR="00A262CC" w:rsidRPr="00A262CC">
        <w:rPr>
          <w:rFonts w:ascii="Segoe UI" w:hAnsi="Segoe UI" w:cs="Segoe UI"/>
          <w:shd w:val="clear" w:color="auto" w:fill="FFFFFF"/>
        </w:rPr>
        <w:t xml:space="preserve"> </w:t>
      </w:r>
      <w:r w:rsidRPr="0096071A">
        <w:rPr>
          <w:color w:val="3C3C3C"/>
          <w:sz w:val="19"/>
        </w:rPr>
        <w:t xml:space="preserve">Gravity teaches perfect mechanics for free. The incline forces forward lean, high knees, and aggressive arms — without you thinking about it. Safer on joints than flat ground. </w:t>
      </w:r>
      <w:r w:rsidRPr="0096071A">
        <w:rPr>
          <w:color w:val="3C3C3C"/>
          <w:sz w:val="19"/>
        </w:rPr>
        <w:t>Lets</w:t>
      </w:r>
      <w:r w:rsidRPr="0096071A">
        <w:rPr>
          <w:color w:val="3C3C3C"/>
          <w:sz w:val="19"/>
        </w:rPr>
        <w:t xml:space="preserve"> you focus on force production, not speed. Bottom line: let the hill teach you what perfect acceleration feels like.</w:t>
      </w:r>
    </w:p>
    <w:p w14:paraId="75D36755" w14:textId="3F1ABE68" w:rsidR="000954FC" w:rsidRDefault="0096071A">
      <w:pPr>
        <w:spacing w:before="100" w:after="60"/>
        <w:ind w:left="170"/>
      </w:pPr>
      <w:r w:rsidRPr="0096071A">
        <w:rPr>
          <w:b/>
          <w:bCs/>
          <w:color w:val="005000"/>
          <w:sz w:val="19"/>
        </w:rPr>
        <w:t>Wall Drives / Wall Sprint</w:t>
      </w:r>
      <w:r w:rsidR="00000000">
        <w:rPr>
          <w:b/>
          <w:color w:val="005000"/>
          <w:sz w:val="19"/>
        </w:rPr>
        <w:t>:</w:t>
      </w:r>
      <w:r w:rsidRPr="0096071A">
        <w:rPr>
          <w:rFonts w:ascii="Segoe UI" w:hAnsi="Segoe UI" w:cs="Segoe UI"/>
          <w:shd w:val="clear" w:color="auto" w:fill="FFFFFF"/>
        </w:rPr>
        <w:t xml:space="preserve"> </w:t>
      </w:r>
      <w:r w:rsidRPr="0096071A">
        <w:rPr>
          <w:color w:val="3C3C3C"/>
          <w:sz w:val="19"/>
        </w:rPr>
        <w:t>Isolates the engine of acceleration: knee drive and hip extension. Hands on the wall prevent overstriding. The 20-second duration builds the endurance that keeps your first step sharp after 60 minutes. Teaches arm-knee coordination: opposite arm drives back as knee drives up. Without this, you leak energy. Bottom line: master the engine before you add the wheels.</w:t>
      </w:r>
    </w:p>
    <w:p w14:paraId="0457A9D1" w14:textId="05A4F525" w:rsidR="000954FC" w:rsidRDefault="00000000">
      <w:pPr>
        <w:spacing w:before="280" w:after="80"/>
      </w:pPr>
      <w:r>
        <w:rPr>
          <w:b/>
          <w:color w:val="005000"/>
          <w:sz w:val="28"/>
        </w:rPr>
        <w:lastRenderedPageBreak/>
        <w:t xml:space="preserve">PRO TIPS FOR </w:t>
      </w:r>
      <w:r w:rsidR="00A262CC">
        <w:rPr>
          <w:b/>
          <w:color w:val="005000"/>
          <w:sz w:val="28"/>
        </w:rPr>
        <w:t xml:space="preserve">SPEED </w:t>
      </w:r>
      <w:r>
        <w:rPr>
          <w:b/>
          <w:color w:val="005000"/>
          <w:sz w:val="28"/>
        </w:rPr>
        <w:t>TRAINING</w:t>
      </w:r>
    </w:p>
    <w:p w14:paraId="321A6C80" w14:textId="707BA7A7" w:rsidR="000954FC" w:rsidRDefault="00000000">
      <w:pPr>
        <w:spacing w:before="80" w:after="40"/>
        <w:ind w:left="170"/>
      </w:pPr>
      <w:r>
        <w:rPr>
          <w:b/>
          <w:color w:val="005000"/>
          <w:sz w:val="19"/>
        </w:rPr>
        <w:t xml:space="preserve">🕐 Schedule: </w:t>
      </w:r>
      <w:r w:rsidR="00A262CC">
        <w:rPr>
          <w:color w:val="3C3C3C"/>
          <w:sz w:val="19"/>
        </w:rPr>
        <w:t>N</w:t>
      </w:r>
      <w:r w:rsidR="00A262CC" w:rsidRPr="00A262CC">
        <w:rPr>
          <w:color w:val="3C3C3C"/>
          <w:sz w:val="19"/>
        </w:rPr>
        <w:t>ever the day before a match. Your nervous system and hamstrings need 48h minimum to recover. Early in the micro</w:t>
      </w:r>
      <w:r w:rsidR="00A262CC">
        <w:rPr>
          <w:color w:val="3C3C3C"/>
          <w:sz w:val="19"/>
        </w:rPr>
        <w:t>-</w:t>
      </w:r>
      <w:r w:rsidR="00A262CC" w:rsidRPr="00A262CC">
        <w:rPr>
          <w:color w:val="3C3C3C"/>
          <w:sz w:val="19"/>
        </w:rPr>
        <w:t>cycle is ideal.</w:t>
      </w:r>
    </w:p>
    <w:p w14:paraId="3AC13F78" w14:textId="052F0411" w:rsidR="000954FC" w:rsidRDefault="00000000">
      <w:pPr>
        <w:spacing w:before="80" w:after="40"/>
        <w:ind w:left="170"/>
      </w:pPr>
      <w:r>
        <w:rPr>
          <w:b/>
          <w:color w:val="005000"/>
          <w:sz w:val="19"/>
        </w:rPr>
        <w:t xml:space="preserve">🫁 </w:t>
      </w:r>
      <w:r w:rsidR="00A262CC" w:rsidRPr="00A262CC">
        <w:rPr>
          <w:b/>
          <w:color w:val="005000"/>
          <w:sz w:val="19"/>
        </w:rPr>
        <w:t>Full Recovery:</w:t>
      </w:r>
      <w:r w:rsidR="00A262CC">
        <w:rPr>
          <w:b/>
          <w:color w:val="005000"/>
          <w:sz w:val="19"/>
        </w:rPr>
        <w:t xml:space="preserve"> </w:t>
      </w:r>
      <w:r w:rsidR="0096071A">
        <w:rPr>
          <w:color w:val="3C3C3C"/>
          <w:sz w:val="19"/>
        </w:rPr>
        <w:t>2</w:t>
      </w:r>
      <w:r w:rsidR="005A63F1" w:rsidRPr="005A63F1">
        <w:rPr>
          <w:color w:val="3C3C3C"/>
          <w:sz w:val="19"/>
        </w:rPr>
        <w:t>–</w:t>
      </w:r>
      <w:r w:rsidR="0096071A">
        <w:rPr>
          <w:color w:val="3C3C3C"/>
          <w:sz w:val="19"/>
        </w:rPr>
        <w:t>3</w:t>
      </w:r>
      <w:r w:rsidR="005A63F1" w:rsidRPr="005A63F1">
        <w:rPr>
          <w:color w:val="3C3C3C"/>
          <w:sz w:val="19"/>
        </w:rPr>
        <w:t xml:space="preserve"> minutes between fly sprints. 4–5 minutes between sprint-float-sprint reps. If you are breathing hard, you are not training speed. Sit, walk, hydrate.</w:t>
      </w:r>
    </w:p>
    <w:p w14:paraId="22ACB7B0" w14:textId="1D3BF518" w:rsidR="000954FC" w:rsidRDefault="005A63F1">
      <w:pPr>
        <w:spacing w:before="80" w:after="40"/>
        <w:ind w:left="170"/>
      </w:pPr>
      <w:r w:rsidRPr="005A63F1">
        <w:rPr>
          <w:rFonts w:ascii="Segoe UI Emoji" w:hAnsi="Segoe UI Emoji" w:cs="Segoe UI Emoji"/>
          <w:b/>
          <w:color w:val="005000"/>
          <w:sz w:val="19"/>
        </w:rPr>
        <w:t>⚡</w:t>
      </w:r>
      <w:r w:rsidRPr="005A63F1">
        <w:rPr>
          <w:b/>
          <w:color w:val="005000"/>
          <w:sz w:val="19"/>
        </w:rPr>
        <w:t xml:space="preserve"> Explosive Intent:</w:t>
      </w:r>
      <w:r w:rsidR="00000000">
        <w:rPr>
          <w:b/>
          <w:color w:val="005000"/>
          <w:sz w:val="19"/>
        </w:rPr>
        <w:t xml:space="preserve"> </w:t>
      </w:r>
      <w:r w:rsidRPr="005A63F1">
        <w:rPr>
          <w:color w:val="3C3C3C"/>
          <w:sz w:val="19"/>
        </w:rPr>
        <w:t>Every rep at 95–100% effort. Max velocity cannot be trained at 80%. If you cannot hit target speed, stop the session — you are building endurance, not speed.</w:t>
      </w:r>
    </w:p>
    <w:p w14:paraId="0A256BBE" w14:textId="44B65744" w:rsidR="000954FC" w:rsidRPr="00A262CC" w:rsidRDefault="0096071A" w:rsidP="00A262CC">
      <w:pPr>
        <w:spacing w:before="80" w:after="40"/>
        <w:ind w:left="170"/>
        <w:rPr>
          <w:color w:val="3C3C3C"/>
          <w:sz w:val="19"/>
        </w:rPr>
      </w:pPr>
      <w:r w:rsidRPr="0096071A">
        <w:rPr>
          <w:rFonts w:ascii="Segoe UI Emoji" w:hAnsi="Segoe UI Emoji" w:cs="Segoe UI Emoji"/>
          <w:b/>
          <w:color w:val="005000"/>
          <w:sz w:val="19"/>
        </w:rPr>
        <w:t>🎥</w:t>
      </w:r>
      <w:r w:rsidRPr="0096071A">
        <w:rPr>
          <w:b/>
          <w:color w:val="005000"/>
          <w:sz w:val="19"/>
        </w:rPr>
        <w:t xml:space="preserve"> Film Yourself</w:t>
      </w:r>
      <w:r w:rsidR="00000000">
        <w:rPr>
          <w:b/>
          <w:color w:val="005000"/>
          <w:sz w:val="19"/>
        </w:rPr>
        <w:t xml:space="preserve">: </w:t>
      </w:r>
      <w:r w:rsidR="00A262CC" w:rsidRPr="00A262CC">
        <w:rPr>
          <w:color w:val="3C3C3C"/>
          <w:sz w:val="19"/>
        </w:rPr>
        <w:t>All reps at target time with perfect form → add volume next week. Any hip drop, overstriding, or shoulder tension → stay at current level. Speed progress is measured in months, not sessions</w:t>
      </w:r>
    </w:p>
    <w:p w14:paraId="58A320A1" w14:textId="63262029" w:rsidR="000954FC" w:rsidRDefault="00000000">
      <w:pPr>
        <w:spacing w:before="80" w:after="40"/>
        <w:ind w:left="170"/>
      </w:pPr>
      <w:r>
        <w:rPr>
          <w:b/>
          <w:color w:val="005000"/>
          <w:sz w:val="19"/>
        </w:rPr>
        <w:t xml:space="preserve">🔄 Integration: </w:t>
      </w:r>
      <w:r w:rsidR="00A262CC" w:rsidRPr="00A262CC">
        <w:rPr>
          <w:color w:val="3C3C3C"/>
          <w:sz w:val="19"/>
        </w:rPr>
        <w:t>This program connects your acceleration and plyometric work. A strong max velocity ceiling makes every submaximal sprint feel easier. Do not skip this session because you "already sprint in training"</w:t>
      </w:r>
      <w:r w:rsidR="005A63F1">
        <w:rPr>
          <w:color w:val="3C3C3C"/>
          <w:sz w:val="19"/>
        </w:rPr>
        <w:t xml:space="preserve"> -</w:t>
      </w:r>
      <w:r w:rsidR="00A262CC" w:rsidRPr="00A262CC">
        <w:rPr>
          <w:color w:val="3C3C3C"/>
          <w:sz w:val="19"/>
        </w:rPr>
        <w:t xml:space="preserve"> match sprinting is never at true max velocity.</w:t>
      </w:r>
    </w:p>
    <w:p w14:paraId="05279AB5" w14:textId="77777777" w:rsidR="000954FC" w:rsidRDefault="000954FC"/>
    <w:p w14:paraId="5B66B98A" w14:textId="71E4FA1C" w:rsidR="000954FC" w:rsidRDefault="00000000">
      <w:pPr>
        <w:spacing w:before="400"/>
        <w:jc w:val="center"/>
      </w:pPr>
      <w:r>
        <w:rPr>
          <w:i/>
          <w:color w:val="969696"/>
          <w:sz w:val="18"/>
        </w:rPr>
        <w:t xml:space="preserve">Program designed for football players based on </w:t>
      </w:r>
      <w:r w:rsidR="005A63F1">
        <w:rPr>
          <w:i/>
          <w:color w:val="969696"/>
          <w:sz w:val="18"/>
        </w:rPr>
        <w:t>max speed</w:t>
      </w:r>
      <w:r>
        <w:rPr>
          <w:i/>
          <w:color w:val="969696"/>
          <w:sz w:val="18"/>
        </w:rPr>
        <w:t xml:space="preserve"> research and sport-specific movement patterns.</w:t>
      </w:r>
      <w:r>
        <w:rPr>
          <w:i/>
          <w:color w:val="969696"/>
          <w:sz w:val="18"/>
        </w:rPr>
        <w:br/>
        <w:t>Train smart. Play strong.</w:t>
      </w:r>
    </w:p>
    <w:sectPr w:rsidR="000954FC" w:rsidSect="00034616">
      <w:pgSz w:w="12240" w:h="15840"/>
      <w:pgMar w:top="850" w:right="1020" w:bottom="68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rerad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rerad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D043EBF"/>
    <w:multiLevelType w:val="hybridMultilevel"/>
    <w:tmpl w:val="75E8AD56"/>
    <w:lvl w:ilvl="0" w:tplc="FFEED3AE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193" w:hanging="360"/>
      </w:pPr>
    </w:lvl>
    <w:lvl w:ilvl="2" w:tplc="041D001B" w:tentative="1">
      <w:start w:val="1"/>
      <w:numFmt w:val="lowerRoman"/>
      <w:lvlText w:val="%3."/>
      <w:lvlJc w:val="right"/>
      <w:pPr>
        <w:ind w:left="1913" w:hanging="180"/>
      </w:pPr>
    </w:lvl>
    <w:lvl w:ilvl="3" w:tplc="041D000F" w:tentative="1">
      <w:start w:val="1"/>
      <w:numFmt w:val="decimal"/>
      <w:lvlText w:val="%4."/>
      <w:lvlJc w:val="left"/>
      <w:pPr>
        <w:ind w:left="2633" w:hanging="360"/>
      </w:pPr>
    </w:lvl>
    <w:lvl w:ilvl="4" w:tplc="041D0019" w:tentative="1">
      <w:start w:val="1"/>
      <w:numFmt w:val="lowerLetter"/>
      <w:lvlText w:val="%5."/>
      <w:lvlJc w:val="left"/>
      <w:pPr>
        <w:ind w:left="3353" w:hanging="360"/>
      </w:pPr>
    </w:lvl>
    <w:lvl w:ilvl="5" w:tplc="041D001B" w:tentative="1">
      <w:start w:val="1"/>
      <w:numFmt w:val="lowerRoman"/>
      <w:lvlText w:val="%6."/>
      <w:lvlJc w:val="right"/>
      <w:pPr>
        <w:ind w:left="4073" w:hanging="180"/>
      </w:pPr>
    </w:lvl>
    <w:lvl w:ilvl="6" w:tplc="041D000F" w:tentative="1">
      <w:start w:val="1"/>
      <w:numFmt w:val="decimal"/>
      <w:lvlText w:val="%7."/>
      <w:lvlJc w:val="left"/>
      <w:pPr>
        <w:ind w:left="4793" w:hanging="360"/>
      </w:pPr>
    </w:lvl>
    <w:lvl w:ilvl="7" w:tplc="041D0019" w:tentative="1">
      <w:start w:val="1"/>
      <w:numFmt w:val="lowerLetter"/>
      <w:lvlText w:val="%8."/>
      <w:lvlJc w:val="left"/>
      <w:pPr>
        <w:ind w:left="5513" w:hanging="360"/>
      </w:pPr>
    </w:lvl>
    <w:lvl w:ilvl="8" w:tplc="041D001B" w:tentative="1">
      <w:start w:val="1"/>
      <w:numFmt w:val="lowerRoman"/>
      <w:lvlText w:val="%9."/>
      <w:lvlJc w:val="right"/>
      <w:pPr>
        <w:ind w:left="6233" w:hanging="180"/>
      </w:pPr>
    </w:lvl>
  </w:abstractNum>
  <w:num w:numId="1" w16cid:durableId="636566535">
    <w:abstractNumId w:val="8"/>
  </w:num>
  <w:num w:numId="2" w16cid:durableId="1688017986">
    <w:abstractNumId w:val="6"/>
  </w:num>
  <w:num w:numId="3" w16cid:durableId="1961765509">
    <w:abstractNumId w:val="5"/>
  </w:num>
  <w:num w:numId="4" w16cid:durableId="1459108523">
    <w:abstractNumId w:val="4"/>
  </w:num>
  <w:num w:numId="5" w16cid:durableId="433599657">
    <w:abstractNumId w:val="7"/>
  </w:num>
  <w:num w:numId="6" w16cid:durableId="1972519381">
    <w:abstractNumId w:val="3"/>
  </w:num>
  <w:num w:numId="7" w16cid:durableId="245920236">
    <w:abstractNumId w:val="2"/>
  </w:num>
  <w:num w:numId="8" w16cid:durableId="1636791886">
    <w:abstractNumId w:val="1"/>
  </w:num>
  <w:num w:numId="9" w16cid:durableId="85613120">
    <w:abstractNumId w:val="0"/>
  </w:num>
  <w:num w:numId="10" w16cid:durableId="200986770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0951"/>
    <w:rsid w:val="00034616"/>
    <w:rsid w:val="0004075C"/>
    <w:rsid w:val="0006063C"/>
    <w:rsid w:val="000954FC"/>
    <w:rsid w:val="000C39A3"/>
    <w:rsid w:val="00104615"/>
    <w:rsid w:val="0015074B"/>
    <w:rsid w:val="0016721E"/>
    <w:rsid w:val="0029639D"/>
    <w:rsid w:val="00326F90"/>
    <w:rsid w:val="003B7061"/>
    <w:rsid w:val="005A63F1"/>
    <w:rsid w:val="00630187"/>
    <w:rsid w:val="0065746B"/>
    <w:rsid w:val="00782575"/>
    <w:rsid w:val="007F167D"/>
    <w:rsid w:val="00840420"/>
    <w:rsid w:val="00904670"/>
    <w:rsid w:val="0096071A"/>
    <w:rsid w:val="009E7001"/>
    <w:rsid w:val="00A262CC"/>
    <w:rsid w:val="00AA1D8D"/>
    <w:rsid w:val="00B47730"/>
    <w:rsid w:val="00CB0664"/>
    <w:rsid w:val="00E55EF8"/>
    <w:rsid w:val="00EB28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72D34D"/>
  <w14:defaultImageDpi w14:val="300"/>
  <w15:docId w15:val="{A40388BB-08F3-4496-A407-14E2E3A5C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Rubrik1">
    <w:name w:val="heading 1"/>
    <w:basedOn w:val="Normal"/>
    <w:next w:val="Normal"/>
    <w:link w:val="Rubri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E618BF"/>
  </w:style>
  <w:style w:type="paragraph" w:styleId="Sidfot">
    <w:name w:val="footer"/>
    <w:basedOn w:val="Normal"/>
    <w:link w:val="Sidfo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618BF"/>
  </w:style>
  <w:style w:type="paragraph" w:styleId="Ingetavstnd">
    <w:name w:val="No Spacing"/>
    <w:uiPriority w:val="1"/>
    <w:qFormat/>
    <w:rsid w:val="00FC693F"/>
    <w:pPr>
      <w:spacing w:after="0" w:line="240" w:lineRule="auto"/>
    </w:pPr>
  </w:style>
  <w:style w:type="character" w:customStyle="1" w:styleId="Rubrik1Char">
    <w:name w:val="Rubrik 1 Char"/>
    <w:basedOn w:val="Standardstycketeckensnitt"/>
    <w:link w:val="Rubri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">
    <w:name w:val="Title"/>
    <w:basedOn w:val="Normal"/>
    <w:next w:val="Normal"/>
    <w:link w:val="Rubrik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styck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xt">
    <w:name w:val="Body Text"/>
    <w:basedOn w:val="Normal"/>
    <w:link w:val="BrdtextChar"/>
    <w:uiPriority w:val="99"/>
    <w:unhideWhenUsed/>
    <w:rsid w:val="00AA1D8D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AA1D8D"/>
  </w:style>
  <w:style w:type="paragraph" w:styleId="Brdtext2">
    <w:name w:val="Body Text 2"/>
    <w:basedOn w:val="Normal"/>
    <w:link w:val="Brdtext2Char"/>
    <w:uiPriority w:val="99"/>
    <w:unhideWhenUsed/>
    <w:rsid w:val="00AA1D8D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rsid w:val="00AA1D8D"/>
  </w:style>
  <w:style w:type="paragraph" w:styleId="Brdtext3">
    <w:name w:val="Body Text 3"/>
    <w:basedOn w:val="Normal"/>
    <w:link w:val="Brd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a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a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a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reradlist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fortst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fortst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fortst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Char">
    <w:name w:val="Makrotext Char"/>
    <w:basedOn w:val="Standardstycketeckensnit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Standardstycketeckensnitt"/>
    <w:link w:val="Citat"/>
    <w:uiPriority w:val="29"/>
    <w:rsid w:val="00FC693F"/>
    <w:rPr>
      <w:i/>
      <w:iCs/>
      <w:color w:val="000000" w:themeColor="text1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ark">
    <w:name w:val="Strong"/>
    <w:basedOn w:val="Standardstycketeckensnitt"/>
    <w:uiPriority w:val="22"/>
    <w:qFormat/>
    <w:rsid w:val="00FC693F"/>
    <w:rPr>
      <w:b/>
      <w:bCs/>
    </w:rPr>
  </w:style>
  <w:style w:type="character" w:styleId="Betoning">
    <w:name w:val="Emphasis"/>
    <w:basedOn w:val="Standardstycketeckensnitt"/>
    <w:uiPriority w:val="20"/>
    <w:qFormat/>
    <w:rsid w:val="00FC693F"/>
    <w:rPr>
      <w:i/>
      <w:iCs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C693F"/>
    <w:rPr>
      <w:b/>
      <w:bCs/>
      <w:i/>
      <w:iCs/>
      <w:color w:val="4F81BD" w:themeColor="accent1"/>
    </w:rPr>
  </w:style>
  <w:style w:type="character" w:styleId="Diskretbetoning">
    <w:name w:val="Subtle Emphasis"/>
    <w:basedOn w:val="Standardstycketeckensnitt"/>
    <w:uiPriority w:val="19"/>
    <w:qFormat/>
    <w:rsid w:val="00FC693F"/>
    <w:rPr>
      <w:i/>
      <w:iCs/>
      <w:color w:val="808080" w:themeColor="text1" w:themeTint="7F"/>
    </w:rPr>
  </w:style>
  <w:style w:type="character" w:styleId="Starkbetoning">
    <w:name w:val="Intense Emphasis"/>
    <w:basedOn w:val="Standardstycketeckensnitt"/>
    <w:uiPriority w:val="21"/>
    <w:qFormat/>
    <w:rsid w:val="00FC693F"/>
    <w:rPr>
      <w:b/>
      <w:bCs/>
      <w:i/>
      <w:iCs/>
      <w:color w:val="4F81BD" w:themeColor="accent1"/>
    </w:rPr>
  </w:style>
  <w:style w:type="character" w:styleId="Diskretreferens">
    <w:name w:val="Subtle Reference"/>
    <w:basedOn w:val="Standardstycketeckensnitt"/>
    <w:uiPriority w:val="31"/>
    <w:qFormat/>
    <w:rsid w:val="00FC693F"/>
    <w:rPr>
      <w:smallCaps/>
      <w:color w:val="C0504D" w:themeColor="accent2"/>
      <w:u w:val="single"/>
    </w:rPr>
  </w:style>
  <w:style w:type="character" w:styleId="Starkreferens">
    <w:name w:val="Intense Reference"/>
    <w:basedOn w:val="Standardstycketecken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enstitel">
    <w:name w:val="Book Title"/>
    <w:basedOn w:val="Standardstycketeckensnitt"/>
    <w:uiPriority w:val="33"/>
    <w:qFormat/>
    <w:rsid w:val="00FC693F"/>
    <w:rPr>
      <w:b/>
      <w:bCs/>
      <w:smallCaps/>
      <w:spacing w:val="5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FC693F"/>
    <w:pPr>
      <w:outlineLvl w:val="9"/>
    </w:pPr>
  </w:style>
  <w:style w:type="table" w:styleId="Tabellrutnt">
    <w:name w:val="Table Grid"/>
    <w:basedOn w:val="Normal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jusskuggning">
    <w:name w:val="Light Shading"/>
    <w:basedOn w:val="Normal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juslista">
    <w:name w:val="Light List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juslista-dekorfrg2">
    <w:name w:val="Light List Accent 2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juslista-dekorfrg3">
    <w:name w:val="Light List Accent 3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juslista-dekorfrg4">
    <w:name w:val="Light List Accent 4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juslista-dekorfrg5">
    <w:name w:val="Light List Accent 5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juslista-dekorfrg6">
    <w:name w:val="Light List Accent 6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justrutnt">
    <w:name w:val="Light Grid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justrutnt-dekorfrg2">
    <w:name w:val="Light Grid Accent 2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justrutnt-dekorfrg3">
    <w:name w:val="Light Grid Accent 3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justrutnt-dekorfrg4">
    <w:name w:val="Light Grid Accent 4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justrutnt-dekorfrg5">
    <w:name w:val="Light Grid Accent 5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justrutnt-dekorfrg6">
    <w:name w:val="Light Grid Accent 6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llanmrkskuggning1">
    <w:name w:val="Medium Shading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lista1">
    <w:name w:val="Medium Lis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llanmrklista2">
    <w:name w:val="Medium Lis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trutnt1">
    <w:name w:val="Medium Grid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llanmrktrutnt2">
    <w:name w:val="Medium Grid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a">
    <w:name w:val="Dark List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a-dekorfrg2">
    <w:name w:val="Dark List Accent 2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a-dekorfrg3">
    <w:name w:val="Dark List Accent 3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a-dekorfrg4">
    <w:name w:val="Dark List Accent 4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a-dekorfrg5">
    <w:name w:val="Dark List Accent 5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a-dekorfrg6">
    <w:name w:val="Dark List Accent 6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rgadskuggning">
    <w:name w:val="Colorful Shading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lista">
    <w:name w:val="Colorful List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rgadlista-dekorfrg2">
    <w:name w:val="Colorful List Accent 2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rgadlista-dekorfrg3">
    <w:name w:val="Colorful List Accent 3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rgadlista-dekorfrg4">
    <w:name w:val="Colorful List Accent 4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rgadlista-dekorfrg5">
    <w:name w:val="Colorful List Accent 5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rgadlista-dekorfrg6">
    <w:name w:val="Colorful List Accent 6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rgatrutnt">
    <w:name w:val="Colorful Grid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rgatrutnt-dekorfrg2">
    <w:name w:val="Colorful Grid Accent 2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trutnt-dekorfrg3">
    <w:name w:val="Colorful Grid Accent 3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trutnt-dekorfrg4">
    <w:name w:val="Colorful Grid Accent 4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rgatrutnt-dekorfrg5">
    <w:name w:val="Colorful Grid Accent 5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rgatrutnt-dekorfrg6">
    <w:name w:val="Colorful Grid Accent 6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843</Words>
  <Characters>4470</Characters>
  <Application>Microsoft Office Word</Application>
  <DocSecurity>0</DocSecurity>
  <Lines>37</Lines>
  <Paragraphs>10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5303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Jonathan Marklund</cp:lastModifiedBy>
  <cp:revision>3</cp:revision>
  <dcterms:created xsi:type="dcterms:W3CDTF">2026-06-13T18:51:00Z</dcterms:created>
  <dcterms:modified xsi:type="dcterms:W3CDTF">2026-06-13T18:52:00Z</dcterms:modified>
  <cp:category/>
</cp:coreProperties>
</file>