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322CF2" w14:paraId="406CBD98" w14:textId="77777777">
        <w:tc>
          <w:tcPr>
            <w:tcW w:w="487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8D8947D" w14:textId="77777777" w:rsidR="00322CF2" w:rsidRDefault="00D73EA7">
            <w:pPr>
              <w:spacing w:after="60"/>
            </w:pPr>
            <w:r>
              <w:rPr>
                <w:b/>
                <w:color w:val="0A0A0A"/>
                <w:sz w:val="48"/>
              </w:rPr>
              <w:t>[FULL NAME]</w:t>
            </w:r>
          </w:p>
          <w:p w14:paraId="57C56430" w14:textId="77777777" w:rsidR="00322CF2" w:rsidRPr="00281C06" w:rsidRDefault="00D73EA7">
            <w:pPr>
              <w:spacing w:after="120"/>
            </w:pPr>
            <w:r w:rsidRPr="00281C06">
              <w:rPr>
                <w:b/>
                <w:color w:val="005000"/>
              </w:rPr>
              <w:t>[</w:t>
            </w:r>
            <w:proofErr w:type="gramStart"/>
            <w:r w:rsidRPr="00281C06">
              <w:rPr>
                <w:b/>
                <w:color w:val="005000"/>
              </w:rPr>
              <w:t>POSITION]  |</w:t>
            </w:r>
            <w:proofErr w:type="gramEnd"/>
            <w:r w:rsidRPr="00281C06">
              <w:rPr>
                <w:b/>
                <w:color w:val="005000"/>
              </w:rPr>
              <w:t xml:space="preserve">  [</w:t>
            </w:r>
            <w:proofErr w:type="gramStart"/>
            <w:r w:rsidRPr="00281C06">
              <w:rPr>
                <w:b/>
                <w:color w:val="005000"/>
              </w:rPr>
              <w:t>NATIONALITY]  |</w:t>
            </w:r>
            <w:proofErr w:type="gramEnd"/>
            <w:r w:rsidRPr="00281C06">
              <w:rPr>
                <w:b/>
                <w:color w:val="005000"/>
              </w:rPr>
              <w:t xml:space="preserve">  [CURRENT CLUB / Unattached]</w:t>
            </w:r>
          </w:p>
          <w:p w14:paraId="4AA16B0A" w14:textId="77777777" w:rsidR="00322CF2" w:rsidRDefault="00D73EA7">
            <w:pPr>
              <w:spacing w:after="40"/>
            </w:pPr>
            <w:r>
              <w:rPr>
                <w:color w:val="505050"/>
                <w:sz w:val="18"/>
              </w:rPr>
              <w:t xml:space="preserve">📍 [CITY, </w:t>
            </w:r>
            <w:proofErr w:type="gramStart"/>
            <w:r>
              <w:rPr>
                <w:color w:val="505050"/>
                <w:sz w:val="18"/>
              </w:rPr>
              <w:t>COUNTRY]  •</w:t>
            </w:r>
            <w:proofErr w:type="gramEnd"/>
            <w:r>
              <w:rPr>
                <w:color w:val="505050"/>
                <w:sz w:val="18"/>
              </w:rPr>
              <w:t xml:space="preserve">  📱 [</w:t>
            </w:r>
            <w:proofErr w:type="gramStart"/>
            <w:r>
              <w:rPr>
                <w:color w:val="505050"/>
                <w:sz w:val="18"/>
              </w:rPr>
              <w:t>PHONE]  •</w:t>
            </w:r>
            <w:proofErr w:type="gramEnd"/>
            <w:r>
              <w:rPr>
                <w:color w:val="505050"/>
                <w:sz w:val="18"/>
              </w:rPr>
              <w:t xml:space="preserve">  ✉ [EMAIL]</w:t>
            </w:r>
          </w:p>
          <w:p w14:paraId="2D944429" w14:textId="77777777" w:rsidR="00322CF2" w:rsidRDefault="00D73EA7">
            <w:pPr>
              <w:spacing w:after="40"/>
            </w:pPr>
            <w:r>
              <w:rPr>
                <w:color w:val="505050"/>
                <w:sz w:val="18"/>
              </w:rPr>
              <w:t>🎂 [DD/MM/</w:t>
            </w:r>
            <w:proofErr w:type="gramStart"/>
            <w:r>
              <w:rPr>
                <w:color w:val="505050"/>
                <w:sz w:val="18"/>
              </w:rPr>
              <w:t>YYYY]  •</w:t>
            </w:r>
            <w:proofErr w:type="gramEnd"/>
            <w:r>
              <w:rPr>
                <w:color w:val="505050"/>
                <w:sz w:val="18"/>
              </w:rPr>
              <w:t xml:space="preserve">  📏 [HEIGHT] </w:t>
            </w:r>
            <w:proofErr w:type="gramStart"/>
            <w:r>
              <w:rPr>
                <w:color w:val="505050"/>
                <w:sz w:val="18"/>
              </w:rPr>
              <w:t>cm  •</w:t>
            </w:r>
            <w:proofErr w:type="gramEnd"/>
            <w:r>
              <w:rPr>
                <w:color w:val="505050"/>
                <w:sz w:val="18"/>
              </w:rPr>
              <w:t xml:space="preserve">  ⚖ [WEIGHT] </w:t>
            </w:r>
            <w:proofErr w:type="gramStart"/>
            <w:r>
              <w:rPr>
                <w:color w:val="505050"/>
                <w:sz w:val="18"/>
              </w:rPr>
              <w:t>kg  •</w:t>
            </w:r>
            <w:proofErr w:type="gramEnd"/>
            <w:r>
              <w:rPr>
                <w:color w:val="505050"/>
                <w:sz w:val="18"/>
              </w:rPr>
              <w:t xml:space="preserve">  🦶 [PREFERRED FOOT]</w:t>
            </w:r>
          </w:p>
          <w:p w14:paraId="2C07B775" w14:textId="57319AEB" w:rsidR="00322CF2" w:rsidRDefault="00322CF2">
            <w:pPr>
              <w:spacing w:after="40"/>
            </w:pPr>
          </w:p>
        </w:tc>
        <w:tc>
          <w:tcPr>
            <w:tcW w:w="487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5F5F5"/>
            <w:vAlign w:val="center"/>
          </w:tcPr>
          <w:p w14:paraId="3F15BFD2" w14:textId="77777777" w:rsidR="00322CF2" w:rsidRDefault="00D73EA7">
            <w:pPr>
              <w:spacing w:before="700"/>
              <w:jc w:val="center"/>
            </w:pPr>
            <w:r>
              <w:rPr>
                <w:i/>
                <w:color w:val="787878"/>
                <w:sz w:val="18"/>
              </w:rPr>
              <w:t>📷</w:t>
            </w:r>
            <w:r>
              <w:rPr>
                <w:i/>
                <w:color w:val="787878"/>
                <w:sz w:val="18"/>
              </w:rPr>
              <w:br/>
              <w:t>INSERT</w:t>
            </w:r>
            <w:r>
              <w:rPr>
                <w:i/>
                <w:color w:val="787878"/>
                <w:sz w:val="18"/>
              </w:rPr>
              <w:br/>
              <w:t>PROFESSIONAL</w:t>
            </w:r>
            <w:r>
              <w:rPr>
                <w:i/>
                <w:color w:val="787878"/>
                <w:sz w:val="18"/>
              </w:rPr>
              <w:br/>
              <w:t>PHOTO</w:t>
            </w:r>
          </w:p>
        </w:tc>
      </w:tr>
    </w:tbl>
    <w:p w14:paraId="26B2560C" w14:textId="77777777" w:rsidR="00322CF2" w:rsidRDefault="00322CF2">
      <w:pPr>
        <w:spacing w:before="160"/>
      </w:pPr>
    </w:p>
    <w:p w14:paraId="229BDE6E" w14:textId="77777777" w:rsidR="00322CF2" w:rsidRPr="006D3AEE" w:rsidRDefault="00D73EA7">
      <w:pPr>
        <w:spacing w:before="280" w:after="80"/>
        <w:ind w:left="-113"/>
        <w:rPr>
          <w:sz w:val="28"/>
          <w:szCs w:val="28"/>
        </w:rPr>
      </w:pPr>
      <w:r w:rsidRPr="006D3AEE">
        <w:t xml:space="preserve">  </w:t>
      </w:r>
      <w:r w:rsidRPr="006D3AEE">
        <w:rPr>
          <w:b/>
          <w:sz w:val="28"/>
          <w:szCs w:val="28"/>
        </w:rPr>
        <w:t>PLAYER PROFILE</w:t>
      </w:r>
    </w:p>
    <w:p w14:paraId="50B0F428" w14:textId="73133D0E" w:rsidR="00322CF2" w:rsidRDefault="006D3AEE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A3088" wp14:editId="29C99D0C">
                <wp:simplePos x="0" y="0"/>
                <wp:positionH relativeFrom="column">
                  <wp:posOffset>-83185</wp:posOffset>
                </wp:positionH>
                <wp:positionV relativeFrom="paragraph">
                  <wp:posOffset>55245</wp:posOffset>
                </wp:positionV>
                <wp:extent cx="5940000" cy="0"/>
                <wp:effectExtent l="57150" t="38100" r="60960" b="95250"/>
                <wp:wrapNone/>
                <wp:docPr id="1941060446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C1ABB" id="Rak koppling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4.35pt" to="461.1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 w:rsidR="00D73EA7"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F938656" w14:textId="77777777" w:rsidR="00322CF2" w:rsidRDefault="00D73EA7">
      <w:pPr>
        <w:spacing w:before="20" w:after="40"/>
      </w:pPr>
      <w:r>
        <w:rPr>
          <w:i/>
          <w:color w:val="A0A0A0"/>
          <w:sz w:val="18"/>
        </w:rPr>
        <w:t>[Your elevator pitch. 3-4 sentences that hook the reader immediately. Be specific, use numbers, answer: Why should they watch your video?]</w:t>
      </w:r>
    </w:p>
    <w:p w14:paraId="499568FC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 xml:space="preserve">Example: "Proven </w:t>
      </w:r>
      <w:proofErr w:type="spellStart"/>
      <w:r>
        <w:rPr>
          <w:i/>
          <w:color w:val="A0A0A0"/>
          <w:sz w:val="18"/>
        </w:rPr>
        <w:t>centre</w:t>
      </w:r>
      <w:proofErr w:type="spellEnd"/>
      <w:r>
        <w:rPr>
          <w:i/>
          <w:color w:val="A0A0A0"/>
          <w:sz w:val="18"/>
        </w:rPr>
        <w:t xml:space="preserve"> midfielder with 87% pass completion and 6 assists in U19 Elite 2024. Led team to regional final with decisive performances in high-pressure matches."]</w:t>
      </w:r>
    </w:p>
    <w:p w14:paraId="03E959ED" w14:textId="289B97FE" w:rsidR="00322CF2" w:rsidRPr="007D3925" w:rsidRDefault="006D3AEE">
      <w:pPr>
        <w:spacing w:before="280" w:after="80"/>
        <w:ind w:left="-113"/>
        <w:rPr>
          <w:sz w:val="28"/>
          <w:szCs w:val="28"/>
        </w:rPr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D0F915D" wp14:editId="7C4DBE30">
                <wp:simplePos x="0" y="0"/>
                <wp:positionH relativeFrom="column">
                  <wp:posOffset>-67945</wp:posOffset>
                </wp:positionH>
                <wp:positionV relativeFrom="paragraph">
                  <wp:posOffset>471805</wp:posOffset>
                </wp:positionV>
                <wp:extent cx="5940000" cy="7620"/>
                <wp:effectExtent l="57150" t="38100" r="60960" b="87630"/>
                <wp:wrapNone/>
                <wp:docPr id="1252583724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0A518" id="Rak koppling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37.15pt" to="462.3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D73EA7" w:rsidRPr="007D3925">
        <w:rPr>
          <w:sz w:val="28"/>
          <w:szCs w:val="28"/>
        </w:rPr>
        <w:t xml:space="preserve">  </w:t>
      </w:r>
      <w:r w:rsidR="00D73EA7" w:rsidRPr="006D3AEE">
        <w:rPr>
          <w:b/>
          <w:sz w:val="28"/>
          <w:szCs w:val="28"/>
        </w:rPr>
        <w:t>CAREER STATISTICS</w:t>
      </w:r>
      <w:r w:rsidRPr="006D3AEE">
        <w:rPr>
          <w:b/>
          <w:sz w:val="28"/>
          <w:szCs w:val="28"/>
        </w:rPr>
        <w:t xml:space="preserve"> FROM LAST 3 SEASONS</w:t>
      </w:r>
    </w:p>
    <w:p w14:paraId="2A2B8C6D" w14:textId="5DF7F6FE" w:rsidR="00322CF2" w:rsidRDefault="00D73EA7">
      <w:pPr>
        <w:spacing w:after="120"/>
        <w:ind w:left="-113"/>
      </w:pPr>
      <w:r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</w:tblGrid>
      <w:tr w:rsidR="00322CF2" w14:paraId="1D7F2D51" w14:textId="77777777">
        <w:trPr>
          <w:jc w:val="center"/>
        </w:trPr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63B6F555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APPEARANCES</w:t>
            </w:r>
          </w:p>
          <w:p w14:paraId="7CEE9F82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696A3210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GOALS</w:t>
            </w:r>
          </w:p>
          <w:p w14:paraId="2A0F8920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310C4706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ASSISTS</w:t>
            </w:r>
          </w:p>
          <w:p w14:paraId="3F0D8613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04DD5907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PASS COMPLETION</w:t>
            </w:r>
          </w:p>
          <w:p w14:paraId="3AAD1804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[%]</w:t>
            </w:r>
          </w:p>
        </w:tc>
      </w:tr>
      <w:tr w:rsidR="00322CF2" w14:paraId="66929122" w14:textId="77777777">
        <w:trPr>
          <w:jc w:val="center"/>
        </w:trPr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32FA4A6D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MINUTES PLAYED</w:t>
            </w:r>
          </w:p>
          <w:p w14:paraId="470614CF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4F59218A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CLEAN SHEETS</w:t>
            </w:r>
          </w:p>
          <w:p w14:paraId="29688AE5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2AA52BEA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SAVE % (GK)</w:t>
            </w:r>
          </w:p>
          <w:p w14:paraId="1D9276BE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[%]</w:t>
            </w:r>
          </w:p>
        </w:tc>
        <w:tc>
          <w:tcPr>
            <w:tcW w:w="243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8F8F8"/>
          </w:tcPr>
          <w:p w14:paraId="16E21C7C" w14:textId="77777777" w:rsidR="00322CF2" w:rsidRDefault="00D73EA7">
            <w:pPr>
              <w:spacing w:before="80" w:after="40"/>
              <w:jc w:val="center"/>
            </w:pPr>
            <w:r>
              <w:rPr>
                <w:b/>
                <w:color w:val="787878"/>
                <w:sz w:val="14"/>
              </w:rPr>
              <w:t>TACKLES WON</w:t>
            </w:r>
          </w:p>
          <w:p w14:paraId="7B6B8321" w14:textId="77777777" w:rsidR="00322CF2" w:rsidRDefault="00D73EA7">
            <w:pPr>
              <w:spacing w:after="80"/>
              <w:jc w:val="center"/>
            </w:pPr>
            <w:r>
              <w:rPr>
                <w:b/>
                <w:color w:val="003C00"/>
              </w:rPr>
              <w:t>[NUMBER]</w:t>
            </w:r>
          </w:p>
        </w:tc>
      </w:tr>
    </w:tbl>
    <w:p w14:paraId="1FD6A0D7" w14:textId="71E06253" w:rsidR="00322CF2" w:rsidRDefault="00EB7791">
      <w:r>
        <w:rPr>
          <w:rFonts w:ascii="Segoe UI" w:hAnsi="Segoe UI" w:cs="Segoe UI"/>
          <w:shd w:val="clear" w:color="auto" w:fill="FFFFFF"/>
        </w:rPr>
        <w:t xml:space="preserve">Only fill in those that are relevant to your position and numbers you </w:t>
      </w:r>
      <w:proofErr w:type="gramStart"/>
      <w:r>
        <w:rPr>
          <w:rFonts w:ascii="Segoe UI" w:hAnsi="Segoe UI" w:cs="Segoe UI"/>
          <w:shd w:val="clear" w:color="auto" w:fill="FFFFFF"/>
        </w:rPr>
        <w:t>actually have</w:t>
      </w:r>
      <w:proofErr w:type="gramEnd"/>
      <w:r>
        <w:rPr>
          <w:rFonts w:ascii="Segoe UI" w:hAnsi="Segoe UI" w:cs="Segoe UI"/>
          <w:shd w:val="clear" w:color="auto" w:fill="FFFFFF"/>
        </w:rPr>
        <w:t xml:space="preserve"> (don't write fake numbers). Remove the rest or write N/A.</w:t>
      </w:r>
    </w:p>
    <w:p w14:paraId="07E529A2" w14:textId="1A44796A" w:rsidR="00322CF2" w:rsidRPr="006D3AEE" w:rsidRDefault="00D73EA7">
      <w:pPr>
        <w:spacing w:before="280" w:after="80"/>
        <w:ind w:left="-113"/>
        <w:rPr>
          <w:sz w:val="28"/>
          <w:szCs w:val="28"/>
        </w:rPr>
      </w:pPr>
      <w:r w:rsidRPr="006D3AEE">
        <w:rPr>
          <w:sz w:val="28"/>
          <w:szCs w:val="28"/>
        </w:rPr>
        <w:t xml:space="preserve">  </w:t>
      </w:r>
      <w:r w:rsidRPr="006D3AEE">
        <w:rPr>
          <w:b/>
          <w:sz w:val="28"/>
          <w:szCs w:val="28"/>
        </w:rPr>
        <w:t>PLAYING EXPERIENCE</w:t>
      </w:r>
    </w:p>
    <w:p w14:paraId="7D7AD0F0" w14:textId="4FF28776" w:rsidR="00322CF2" w:rsidRDefault="006D3AEE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C7013E" wp14:editId="3CEDE095">
                <wp:simplePos x="0" y="0"/>
                <wp:positionH relativeFrom="column">
                  <wp:posOffset>-45085</wp:posOffset>
                </wp:positionH>
                <wp:positionV relativeFrom="paragraph">
                  <wp:posOffset>34290</wp:posOffset>
                </wp:positionV>
                <wp:extent cx="5981700" cy="7620"/>
                <wp:effectExtent l="57150" t="38100" r="57150" b="87630"/>
                <wp:wrapNone/>
                <wp:docPr id="2106544408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890FF" id="Rak koppling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2.7pt" to="467.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D73EA7"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AE8404" w14:textId="77777777" w:rsidR="00322CF2" w:rsidRDefault="00D73EA7">
      <w:pPr>
        <w:spacing w:before="120" w:after="40"/>
      </w:pPr>
      <w:r>
        <w:rPr>
          <w:b/>
          <w:color w:val="003C00"/>
          <w:sz w:val="19"/>
        </w:rPr>
        <w:t>[CLUB NAME] — [LEAGUE/LEVEL] — [POSITION]</w:t>
      </w:r>
    </w:p>
    <w:p w14:paraId="210B7EF9" w14:textId="77777777" w:rsidR="00322CF2" w:rsidRDefault="00D73EA7">
      <w:pPr>
        <w:spacing w:after="20"/>
      </w:pPr>
      <w:r>
        <w:rPr>
          <w:i/>
          <w:color w:val="787878"/>
          <w:sz w:val="16"/>
        </w:rPr>
        <w:t>[MONTH YEAR – MONTH YEAR]</w:t>
      </w:r>
    </w:p>
    <w:p w14:paraId="5112D120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Scored [X] goals in [Y] appearances, including [specific achievement with context]</w:t>
      </w:r>
    </w:p>
    <w:p w14:paraId="59ED9B14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[Strong verb + number + context, e.g. "Converted 23% of chances vs. league champions"]</w:t>
      </w:r>
    </w:p>
    <w:p w14:paraId="0B634209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[Another quantified achievement — prove your profile with data]</w:t>
      </w:r>
    </w:p>
    <w:p w14:paraId="79E8F8BB" w14:textId="77777777" w:rsidR="00322CF2" w:rsidRDefault="00322CF2"/>
    <w:p w14:paraId="799B173D" w14:textId="77777777" w:rsidR="00322CF2" w:rsidRDefault="00D73EA7">
      <w:pPr>
        <w:spacing w:before="120" w:after="40"/>
      </w:pPr>
      <w:r>
        <w:rPr>
          <w:b/>
          <w:color w:val="003C00"/>
          <w:sz w:val="19"/>
        </w:rPr>
        <w:t>[CLUB NAME] — [LEAGUE/LEVEL] — [POSITION]</w:t>
      </w:r>
    </w:p>
    <w:p w14:paraId="4DD7825C" w14:textId="77777777" w:rsidR="00322CF2" w:rsidRDefault="00D73EA7">
      <w:pPr>
        <w:spacing w:after="20"/>
      </w:pPr>
      <w:r>
        <w:rPr>
          <w:i/>
          <w:color w:val="787878"/>
          <w:sz w:val="16"/>
        </w:rPr>
        <w:t>[MONTH YEAR – MONTH YEAR]</w:t>
      </w:r>
    </w:p>
    <w:p w14:paraId="5FB0DF5B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[Achievement bullet point with numbers]</w:t>
      </w:r>
    </w:p>
    <w:p w14:paraId="1F75A165" w14:textId="77777777" w:rsidR="00322CF2" w:rsidRDefault="00D73EA7">
      <w:pPr>
        <w:spacing w:before="20" w:after="40"/>
        <w:ind w:left="227"/>
        <w:rPr>
          <w:i/>
          <w:color w:val="A0A0A0"/>
          <w:sz w:val="18"/>
        </w:rPr>
      </w:pPr>
      <w:r>
        <w:rPr>
          <w:i/>
          <w:color w:val="A0A0A0"/>
          <w:sz w:val="18"/>
        </w:rPr>
        <w:t>• [Achievement bullet point with numbers]</w:t>
      </w:r>
    </w:p>
    <w:p w14:paraId="28499A23" w14:textId="77777777" w:rsidR="00281C06" w:rsidRDefault="00281C06">
      <w:pPr>
        <w:spacing w:before="20" w:after="40"/>
        <w:ind w:left="227"/>
        <w:rPr>
          <w:i/>
          <w:color w:val="A0A0A0"/>
          <w:sz w:val="18"/>
        </w:rPr>
      </w:pPr>
    </w:p>
    <w:p w14:paraId="7BEC5BD8" w14:textId="294C8915" w:rsidR="00281C06" w:rsidRPr="00281C06" w:rsidRDefault="00281C06">
      <w:pPr>
        <w:spacing w:before="20" w:after="40"/>
        <w:ind w:left="227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-</w:t>
      </w:r>
      <w:r w:rsidRPr="00281C06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Add more if needed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-</w:t>
      </w:r>
    </w:p>
    <w:p w14:paraId="7EBD526A" w14:textId="21AF048F" w:rsidR="00322CF2" w:rsidRPr="006D3AEE" w:rsidRDefault="00D73EA7">
      <w:pPr>
        <w:spacing w:before="280" w:after="80"/>
        <w:ind w:left="-113"/>
        <w:rPr>
          <w:sz w:val="28"/>
          <w:szCs w:val="28"/>
        </w:rPr>
      </w:pPr>
      <w:r w:rsidRPr="006D3AEE">
        <w:rPr>
          <w:sz w:val="28"/>
          <w:szCs w:val="28"/>
        </w:rPr>
        <w:t xml:space="preserve">  </w:t>
      </w:r>
      <w:r w:rsidRPr="006D3AEE">
        <w:rPr>
          <w:b/>
          <w:sz w:val="28"/>
          <w:szCs w:val="28"/>
        </w:rPr>
        <w:t>KEY SKILLS</w:t>
      </w:r>
    </w:p>
    <w:p w14:paraId="400FAB96" w14:textId="064F1DEE" w:rsidR="00322CF2" w:rsidRDefault="006D3AEE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5907E4" wp14:editId="21F84491">
                <wp:simplePos x="0" y="0"/>
                <wp:positionH relativeFrom="column">
                  <wp:posOffset>-90805</wp:posOffset>
                </wp:positionH>
                <wp:positionV relativeFrom="paragraph">
                  <wp:posOffset>41910</wp:posOffset>
                </wp:positionV>
                <wp:extent cx="6027420" cy="0"/>
                <wp:effectExtent l="57150" t="38100" r="68580" b="95250"/>
                <wp:wrapNone/>
                <wp:docPr id="60966345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324C3" id="Rak koppling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3.3pt" to="467.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D73EA7"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43675BB" w14:textId="5FD01BC6" w:rsidR="00322CF2" w:rsidRDefault="00D73EA7">
      <w:pPr>
        <w:spacing w:after="80"/>
      </w:pPr>
      <w:r>
        <w:rPr>
          <w:i/>
          <w:color w:val="A0A0A0"/>
          <w:sz w:val="18"/>
        </w:rPr>
        <w:lastRenderedPageBreak/>
        <w:t xml:space="preserve">[List </w:t>
      </w:r>
      <w:r w:rsidR="00281C06">
        <w:rPr>
          <w:i/>
          <w:color w:val="A0A0A0"/>
          <w:sz w:val="18"/>
        </w:rPr>
        <w:t>3</w:t>
      </w:r>
      <w:r>
        <w:rPr>
          <w:i/>
          <w:color w:val="A0A0A0"/>
          <w:sz w:val="18"/>
        </w:rPr>
        <w:t>-</w:t>
      </w:r>
      <w:r w:rsidR="00281C06">
        <w:rPr>
          <w:i/>
          <w:color w:val="A0A0A0"/>
          <w:sz w:val="18"/>
        </w:rPr>
        <w:t>5</w:t>
      </w:r>
      <w:r>
        <w:rPr>
          <w:i/>
          <w:color w:val="A0A0A0"/>
          <w:sz w:val="18"/>
        </w:rPr>
        <w:t xml:space="preserve"> position-specific skills. Match these to your achievements above. Technical + mental mix.]</w:t>
      </w:r>
    </w:p>
    <w:p w14:paraId="284F516A" w14:textId="77777777" w:rsidR="00322CF2" w:rsidRDefault="00D73EA7">
      <w:pPr>
        <w:spacing w:after="40"/>
        <w:ind w:left="170"/>
      </w:pPr>
      <w:r>
        <w:rPr>
          <w:b/>
          <w:color w:val="646464"/>
          <w:sz w:val="16"/>
        </w:rPr>
        <w:t>Example by position:</w:t>
      </w:r>
    </w:p>
    <w:p w14:paraId="05F3181E" w14:textId="77777777" w:rsidR="00322CF2" w:rsidRDefault="00D73EA7">
      <w:pPr>
        <w:spacing w:after="20"/>
        <w:ind w:left="170"/>
      </w:pPr>
      <w:r>
        <w:rPr>
          <w:i/>
          <w:color w:val="8C8C8C"/>
          <w:sz w:val="16"/>
        </w:rPr>
        <w:t xml:space="preserve">GK: Shot-stopping, Distribution, 1v1 situations, Command of area, </w:t>
      </w:r>
      <w:proofErr w:type="spellStart"/>
      <w:r>
        <w:rPr>
          <w:i/>
          <w:color w:val="8C8C8C"/>
          <w:sz w:val="16"/>
        </w:rPr>
        <w:t>Organisation</w:t>
      </w:r>
      <w:proofErr w:type="spellEnd"/>
    </w:p>
    <w:p w14:paraId="59F0EABF" w14:textId="77777777" w:rsidR="00322CF2" w:rsidRDefault="00D73EA7">
      <w:pPr>
        <w:spacing w:after="20"/>
        <w:ind w:left="170"/>
      </w:pPr>
      <w:r>
        <w:rPr>
          <w:i/>
          <w:color w:val="8C8C8C"/>
          <w:sz w:val="16"/>
        </w:rPr>
        <w:t>DEF: 1v1 defending, Aerial duels, Build-up passing, Positioning, Interceptions</w:t>
      </w:r>
    </w:p>
    <w:p w14:paraId="0A6A95E7" w14:textId="77777777" w:rsidR="00322CF2" w:rsidRDefault="00D73EA7">
      <w:pPr>
        <w:spacing w:after="20"/>
        <w:ind w:left="170"/>
      </w:pPr>
      <w:r>
        <w:rPr>
          <w:i/>
          <w:color w:val="8C8C8C"/>
          <w:sz w:val="16"/>
        </w:rPr>
        <w:t>MID: Passing range, Vision, Pressing, Transitions, Game intelligence</w:t>
      </w:r>
    </w:p>
    <w:p w14:paraId="360583B4" w14:textId="77777777" w:rsidR="00322CF2" w:rsidRDefault="00D73EA7">
      <w:pPr>
        <w:spacing w:after="20"/>
        <w:ind w:left="170"/>
      </w:pPr>
      <w:r>
        <w:rPr>
          <w:i/>
          <w:color w:val="8C8C8C"/>
          <w:sz w:val="16"/>
        </w:rPr>
        <w:t>FWD: Finishing, Off-ball movement, 1v1s, Pressing, Chance creation</w:t>
      </w:r>
    </w:p>
    <w:p w14:paraId="0C9A607E" w14:textId="77777777" w:rsidR="00322CF2" w:rsidRPr="006D3AEE" w:rsidRDefault="00D73EA7">
      <w:pPr>
        <w:spacing w:before="280" w:after="80"/>
        <w:ind w:left="-113"/>
        <w:rPr>
          <w:sz w:val="28"/>
          <w:szCs w:val="28"/>
        </w:rPr>
      </w:pPr>
      <w:r w:rsidRPr="006D3AEE">
        <w:rPr>
          <w:sz w:val="28"/>
          <w:szCs w:val="28"/>
        </w:rPr>
        <w:t xml:space="preserve">  </w:t>
      </w:r>
      <w:r w:rsidRPr="006D3AEE">
        <w:rPr>
          <w:b/>
          <w:sz w:val="28"/>
          <w:szCs w:val="28"/>
        </w:rPr>
        <w:t>ACHIEVEMENTS &amp; AWARDS</w:t>
      </w:r>
    </w:p>
    <w:p w14:paraId="19747BEC" w14:textId="1DC0AA0A" w:rsidR="00322CF2" w:rsidRDefault="006D3AEE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3A6541" wp14:editId="00BF33C0">
                <wp:simplePos x="0" y="0"/>
                <wp:positionH relativeFrom="column">
                  <wp:posOffset>-52705</wp:posOffset>
                </wp:positionH>
                <wp:positionV relativeFrom="paragraph">
                  <wp:posOffset>33655</wp:posOffset>
                </wp:positionV>
                <wp:extent cx="6076950" cy="7620"/>
                <wp:effectExtent l="57150" t="38100" r="57150" b="87630"/>
                <wp:wrapNone/>
                <wp:docPr id="846246759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0EE59" id="Rak koppling 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2.65pt" to="474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D73EA7"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4C2BE6A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[Team achievement — include year and level, e.g. "Regional Champions U19 2024"]</w:t>
      </w:r>
    </w:p>
    <w:p w14:paraId="5E0FAC64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[Individual award — e.g. "Player of the Month (3x) — 2024 Season"]</w:t>
      </w:r>
    </w:p>
    <w:p w14:paraId="1A5567E6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[Tournament selection / National team call-up — include age group and year]</w:t>
      </w:r>
    </w:p>
    <w:p w14:paraId="597FA7CA" w14:textId="77777777" w:rsidR="00322CF2" w:rsidRDefault="00D73EA7">
      <w:pPr>
        <w:spacing w:before="20" w:after="40"/>
        <w:ind w:left="227"/>
      </w:pPr>
      <w:r>
        <w:rPr>
          <w:i/>
          <w:color w:val="A0A0A0"/>
          <w:sz w:val="18"/>
        </w:rPr>
        <w:t>• [Any other distinction that separates you from similar players]</w:t>
      </w:r>
    </w:p>
    <w:p w14:paraId="45D37D86" w14:textId="6640CEB3" w:rsidR="00322CF2" w:rsidRPr="006D3AEE" w:rsidRDefault="00D73EA7">
      <w:pPr>
        <w:spacing w:before="280" w:after="80"/>
        <w:ind w:left="-113"/>
        <w:rPr>
          <w:sz w:val="28"/>
          <w:szCs w:val="28"/>
        </w:rPr>
      </w:pPr>
      <w:r w:rsidRPr="006D3AEE">
        <w:rPr>
          <w:sz w:val="28"/>
          <w:szCs w:val="28"/>
        </w:rPr>
        <w:t xml:space="preserve">  </w:t>
      </w:r>
      <w:r w:rsidRPr="006D3AEE">
        <w:rPr>
          <w:b/>
          <w:sz w:val="28"/>
          <w:szCs w:val="28"/>
        </w:rPr>
        <w:t>HIGHLIGHT VIDEO</w:t>
      </w:r>
    </w:p>
    <w:p w14:paraId="5D835B1D" w14:textId="5B5B7EE1" w:rsidR="00322CF2" w:rsidRDefault="006D3AEE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19C7BE" wp14:editId="5C304A7D">
                <wp:simplePos x="0" y="0"/>
                <wp:positionH relativeFrom="column">
                  <wp:posOffset>-83185</wp:posOffset>
                </wp:positionH>
                <wp:positionV relativeFrom="paragraph">
                  <wp:posOffset>38735</wp:posOffset>
                </wp:positionV>
                <wp:extent cx="6107430" cy="7620"/>
                <wp:effectExtent l="57150" t="38100" r="64770" b="87630"/>
                <wp:wrapNone/>
                <wp:docPr id="1205042089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43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3F164" id="Rak koppling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3.05pt" to="474.3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D73EA7"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34B54C9" w14:textId="77777777" w:rsidR="00322CF2" w:rsidRDefault="00322CF2">
      <w:pPr>
        <w:spacing w:before="80" w:after="80"/>
        <w:ind w:left="17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322CF2" w14:paraId="3A0DA6FE" w14:textId="77777777">
        <w:tc>
          <w:tcPr>
            <w:tcW w:w="9746" w:type="dxa"/>
            <w:tcBorders>
              <w:top w:val="single" w:sz="8" w:space="0" w:color="0A5A0A"/>
              <w:left w:val="single" w:sz="8" w:space="0" w:color="0A5A0A"/>
              <w:bottom w:val="single" w:sz="8" w:space="0" w:color="0A5A0A"/>
              <w:right w:val="single" w:sz="8" w:space="0" w:color="0A5A0A"/>
            </w:tcBorders>
            <w:shd w:val="clear" w:color="auto" w:fill="F0F7F0"/>
          </w:tcPr>
          <w:p w14:paraId="4C00500D" w14:textId="77777777" w:rsidR="00322CF2" w:rsidRDefault="00D73EA7">
            <w:pPr>
              <w:spacing w:before="120" w:after="120"/>
              <w:ind w:left="283"/>
            </w:pPr>
            <w:proofErr w:type="gramStart"/>
            <w:r>
              <w:rPr>
                <w:b/>
                <w:color w:val="005000"/>
                <w:sz w:val="20"/>
              </w:rPr>
              <w:t>▶  [</w:t>
            </w:r>
            <w:proofErr w:type="gramEnd"/>
            <w:r>
              <w:rPr>
                <w:b/>
                <w:color w:val="005000"/>
                <w:sz w:val="20"/>
              </w:rPr>
              <w:t>PASTE YOUR YOUTUBE / VIMEO / HUDL LINK HERE]</w:t>
            </w:r>
          </w:p>
          <w:p w14:paraId="430BE2EE" w14:textId="77777777" w:rsidR="00322CF2" w:rsidRDefault="00D73EA7">
            <w:pPr>
              <w:spacing w:before="40" w:after="40"/>
              <w:ind w:left="283"/>
            </w:pPr>
            <w:r>
              <w:rPr>
                <w:i/>
                <w:color w:val="646464"/>
                <w:sz w:val="16"/>
              </w:rPr>
              <w:t xml:space="preserve">Ensure the video is set to "Unlisted" or "Public". This is what scouts </w:t>
            </w:r>
            <w:proofErr w:type="gramStart"/>
            <w:r>
              <w:rPr>
                <w:i/>
                <w:color w:val="646464"/>
                <w:sz w:val="16"/>
              </w:rPr>
              <w:t>actually watch</w:t>
            </w:r>
            <w:proofErr w:type="gramEnd"/>
            <w:r>
              <w:rPr>
                <w:i/>
                <w:color w:val="646464"/>
                <w:sz w:val="16"/>
              </w:rPr>
              <w:t xml:space="preserve"> — your CV only gets them to click.</w:t>
            </w:r>
          </w:p>
        </w:tc>
      </w:tr>
    </w:tbl>
    <w:p w14:paraId="38CC32A5" w14:textId="77777777" w:rsidR="00322CF2" w:rsidRDefault="00322CF2"/>
    <w:p w14:paraId="0CBFABA7" w14:textId="39097BA7" w:rsidR="00322CF2" w:rsidRPr="006D3AEE" w:rsidRDefault="00D73EA7">
      <w:pPr>
        <w:spacing w:before="280" w:after="80"/>
        <w:ind w:left="-113"/>
        <w:rPr>
          <w:sz w:val="28"/>
          <w:szCs w:val="28"/>
        </w:rPr>
      </w:pPr>
      <w:r w:rsidRPr="006D3AEE">
        <w:rPr>
          <w:sz w:val="28"/>
          <w:szCs w:val="28"/>
        </w:rPr>
        <w:t xml:space="preserve">  </w:t>
      </w:r>
      <w:r w:rsidRPr="006D3AEE">
        <w:rPr>
          <w:b/>
          <w:sz w:val="28"/>
          <w:szCs w:val="28"/>
        </w:rPr>
        <w:t>REFERENCES</w:t>
      </w:r>
    </w:p>
    <w:p w14:paraId="3028D2A0" w14:textId="0456C03B" w:rsidR="00322CF2" w:rsidRDefault="006D3AEE">
      <w:pPr>
        <w:spacing w:after="120"/>
        <w:ind w:left="-113"/>
      </w:pPr>
      <w:r>
        <w:rPr>
          <w:noProof/>
          <w:color w:val="B4B4B4"/>
          <w:sz w:val="1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F113DF" wp14:editId="3E080D5B">
                <wp:simplePos x="0" y="0"/>
                <wp:positionH relativeFrom="column">
                  <wp:posOffset>-67945</wp:posOffset>
                </wp:positionH>
                <wp:positionV relativeFrom="paragraph">
                  <wp:posOffset>35560</wp:posOffset>
                </wp:positionV>
                <wp:extent cx="6092190" cy="7620"/>
                <wp:effectExtent l="57150" t="38100" r="60960" b="87630"/>
                <wp:wrapNone/>
                <wp:docPr id="2121145654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19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8D64F" id="Rak koppling 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2.8pt" to="474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D73EA7">
        <w:rPr>
          <w:color w:val="B4B4B4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9251D5E" w14:textId="77777777" w:rsidR="00322CF2" w:rsidRDefault="00D73EA7">
      <w:pPr>
        <w:spacing w:before="120" w:after="40"/>
      </w:pPr>
      <w:r>
        <w:rPr>
          <w:b/>
          <w:color w:val="282828"/>
          <w:sz w:val="19"/>
        </w:rPr>
        <w:t>Primary Contact</w:t>
      </w:r>
    </w:p>
    <w:p w14:paraId="0FE45F71" w14:textId="77777777" w:rsidR="00322CF2" w:rsidRDefault="00D73EA7">
      <w:pPr>
        <w:spacing w:before="20" w:after="40"/>
      </w:pPr>
      <w:r>
        <w:rPr>
          <w:i/>
          <w:color w:val="A0A0A0"/>
          <w:sz w:val="18"/>
        </w:rPr>
        <w:t>Name: [</w:t>
      </w:r>
      <w:proofErr w:type="gramStart"/>
      <w:r>
        <w:rPr>
          <w:i/>
          <w:color w:val="A0A0A0"/>
          <w:sz w:val="18"/>
        </w:rPr>
        <w:t>NAME]  |</w:t>
      </w:r>
      <w:proofErr w:type="gramEnd"/>
      <w:r>
        <w:rPr>
          <w:i/>
          <w:color w:val="A0A0A0"/>
          <w:sz w:val="18"/>
        </w:rPr>
        <w:t xml:space="preserve">  Role: [HEAD COACH / ASSISTANT / ACADEMY </w:t>
      </w:r>
      <w:proofErr w:type="gramStart"/>
      <w:r>
        <w:rPr>
          <w:i/>
          <w:color w:val="A0A0A0"/>
          <w:sz w:val="18"/>
        </w:rPr>
        <w:t>DIRECTOR]  |</w:t>
      </w:r>
      <w:proofErr w:type="gramEnd"/>
      <w:r>
        <w:rPr>
          <w:i/>
          <w:color w:val="A0A0A0"/>
          <w:sz w:val="18"/>
        </w:rPr>
        <w:t xml:space="preserve">  Club: [CLUB]</w:t>
      </w:r>
    </w:p>
    <w:p w14:paraId="472E1FAF" w14:textId="77777777" w:rsidR="00322CF2" w:rsidRDefault="00D73EA7">
      <w:pPr>
        <w:spacing w:before="20" w:after="40"/>
      </w:pPr>
      <w:r>
        <w:rPr>
          <w:i/>
          <w:color w:val="A0A0A0"/>
          <w:sz w:val="18"/>
        </w:rPr>
        <w:t>Phone: [</w:t>
      </w:r>
      <w:proofErr w:type="gramStart"/>
      <w:r>
        <w:rPr>
          <w:i/>
          <w:color w:val="A0A0A0"/>
          <w:sz w:val="18"/>
        </w:rPr>
        <w:t>PHONE]  |</w:t>
      </w:r>
      <w:proofErr w:type="gramEnd"/>
      <w:r>
        <w:rPr>
          <w:i/>
          <w:color w:val="A0A0A0"/>
          <w:sz w:val="18"/>
        </w:rPr>
        <w:t xml:space="preserve">  Email: [</w:t>
      </w:r>
      <w:proofErr w:type="gramStart"/>
      <w:r>
        <w:rPr>
          <w:i/>
          <w:color w:val="A0A0A0"/>
          <w:sz w:val="18"/>
        </w:rPr>
        <w:t>EMAIL]  |</w:t>
      </w:r>
      <w:proofErr w:type="gramEnd"/>
      <w:r>
        <w:rPr>
          <w:i/>
          <w:color w:val="A0A0A0"/>
          <w:sz w:val="18"/>
        </w:rPr>
        <w:t xml:space="preserve">  Best time: [TIME / TIMEZONE]</w:t>
      </w:r>
    </w:p>
    <w:p w14:paraId="4F8247CD" w14:textId="77777777" w:rsidR="00322CF2" w:rsidRDefault="00322CF2"/>
    <w:p w14:paraId="54096B66" w14:textId="77777777" w:rsidR="00322CF2" w:rsidRDefault="00D73EA7">
      <w:pPr>
        <w:spacing w:before="120" w:after="40"/>
      </w:pPr>
      <w:r>
        <w:rPr>
          <w:b/>
          <w:color w:val="282828"/>
          <w:sz w:val="19"/>
        </w:rPr>
        <w:t>Secondary Contact</w:t>
      </w:r>
    </w:p>
    <w:p w14:paraId="0869FF6D" w14:textId="77777777" w:rsidR="00322CF2" w:rsidRDefault="00D73EA7">
      <w:pPr>
        <w:spacing w:before="20" w:after="40"/>
      </w:pPr>
      <w:r>
        <w:rPr>
          <w:i/>
          <w:color w:val="A0A0A0"/>
          <w:sz w:val="18"/>
        </w:rPr>
        <w:t>Name: [</w:t>
      </w:r>
      <w:proofErr w:type="gramStart"/>
      <w:r>
        <w:rPr>
          <w:i/>
          <w:color w:val="A0A0A0"/>
          <w:sz w:val="18"/>
        </w:rPr>
        <w:t>NAME]  |</w:t>
      </w:r>
      <w:proofErr w:type="gramEnd"/>
      <w:r>
        <w:rPr>
          <w:i/>
          <w:color w:val="A0A0A0"/>
          <w:sz w:val="18"/>
        </w:rPr>
        <w:t xml:space="preserve">  Role: [</w:t>
      </w:r>
      <w:proofErr w:type="gramStart"/>
      <w:r>
        <w:rPr>
          <w:i/>
          <w:color w:val="A0A0A0"/>
          <w:sz w:val="18"/>
        </w:rPr>
        <w:t>ROLE]  |</w:t>
      </w:r>
      <w:proofErr w:type="gramEnd"/>
      <w:r>
        <w:rPr>
          <w:i/>
          <w:color w:val="A0A0A0"/>
          <w:sz w:val="18"/>
        </w:rPr>
        <w:t xml:space="preserve">  Club: [CLUB]</w:t>
      </w:r>
    </w:p>
    <w:p w14:paraId="6578A421" w14:textId="77777777" w:rsidR="00322CF2" w:rsidRDefault="00D73EA7">
      <w:pPr>
        <w:spacing w:before="20" w:after="40"/>
      </w:pPr>
      <w:r>
        <w:rPr>
          <w:i/>
          <w:color w:val="A0A0A0"/>
          <w:sz w:val="18"/>
        </w:rPr>
        <w:t>Phone: [</w:t>
      </w:r>
      <w:proofErr w:type="gramStart"/>
      <w:r>
        <w:rPr>
          <w:i/>
          <w:color w:val="A0A0A0"/>
          <w:sz w:val="18"/>
        </w:rPr>
        <w:t>PHONE]  |</w:t>
      </w:r>
      <w:proofErr w:type="gramEnd"/>
      <w:r>
        <w:rPr>
          <w:i/>
          <w:color w:val="A0A0A0"/>
          <w:sz w:val="18"/>
        </w:rPr>
        <w:t xml:space="preserve">  Email: [</w:t>
      </w:r>
      <w:proofErr w:type="gramStart"/>
      <w:r>
        <w:rPr>
          <w:i/>
          <w:color w:val="A0A0A0"/>
          <w:sz w:val="18"/>
        </w:rPr>
        <w:t>EMAIL]  |</w:t>
      </w:r>
      <w:proofErr w:type="gramEnd"/>
      <w:r>
        <w:rPr>
          <w:i/>
          <w:color w:val="A0A0A0"/>
          <w:sz w:val="18"/>
        </w:rPr>
        <w:t xml:space="preserve">  Best time: [TIME / TIMEZONE]</w:t>
      </w:r>
    </w:p>
    <w:p w14:paraId="603D7448" w14:textId="77777777" w:rsidR="00322CF2" w:rsidRDefault="00322CF2"/>
    <w:p w14:paraId="30A2D662" w14:textId="793EE167" w:rsidR="00322CF2" w:rsidRDefault="00322CF2">
      <w:pPr>
        <w:spacing w:before="320" w:after="80"/>
        <w:jc w:val="center"/>
      </w:pPr>
    </w:p>
    <w:sectPr w:rsidR="00322CF2" w:rsidSect="00034616">
      <w:pgSz w:w="12240" w:h="15840"/>
      <w:pgMar w:top="1020" w:right="1247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3749418">
    <w:abstractNumId w:val="8"/>
  </w:num>
  <w:num w:numId="2" w16cid:durableId="476191407">
    <w:abstractNumId w:val="6"/>
  </w:num>
  <w:num w:numId="3" w16cid:durableId="1299335078">
    <w:abstractNumId w:val="5"/>
  </w:num>
  <w:num w:numId="4" w16cid:durableId="992367235">
    <w:abstractNumId w:val="4"/>
  </w:num>
  <w:num w:numId="5" w16cid:durableId="1230195149">
    <w:abstractNumId w:val="7"/>
  </w:num>
  <w:num w:numId="6" w16cid:durableId="1730958896">
    <w:abstractNumId w:val="3"/>
  </w:num>
  <w:num w:numId="7" w16cid:durableId="319238010">
    <w:abstractNumId w:val="2"/>
  </w:num>
  <w:num w:numId="8" w16cid:durableId="1005401222">
    <w:abstractNumId w:val="1"/>
  </w:num>
  <w:num w:numId="9" w16cid:durableId="167202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9A3"/>
    <w:rsid w:val="0015074B"/>
    <w:rsid w:val="00281C06"/>
    <w:rsid w:val="0029639D"/>
    <w:rsid w:val="00315BBD"/>
    <w:rsid w:val="00322CF2"/>
    <w:rsid w:val="00326F90"/>
    <w:rsid w:val="006D3AEE"/>
    <w:rsid w:val="007A787C"/>
    <w:rsid w:val="007D3925"/>
    <w:rsid w:val="008F3D0A"/>
    <w:rsid w:val="00947B05"/>
    <w:rsid w:val="009C748A"/>
    <w:rsid w:val="009F6BF5"/>
    <w:rsid w:val="00AA1D8D"/>
    <w:rsid w:val="00B47730"/>
    <w:rsid w:val="00CB0664"/>
    <w:rsid w:val="00D73EA7"/>
    <w:rsid w:val="00D87B5B"/>
    <w:rsid w:val="00E91D3D"/>
    <w:rsid w:val="00EB77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5959A"/>
  <w14:defaultImageDpi w14:val="300"/>
  <w15:docId w15:val="{A40388BB-08F3-4496-A407-14E2E3A5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Jonathan Marklund</cp:lastModifiedBy>
  <cp:revision>2</cp:revision>
  <dcterms:created xsi:type="dcterms:W3CDTF">2026-07-30T18:37:00Z</dcterms:created>
  <dcterms:modified xsi:type="dcterms:W3CDTF">2026-07-30T18:37:00Z</dcterms:modified>
  <cp:category/>
</cp:coreProperties>
</file>